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9E8AC" w14:textId="1E63A0DA" w:rsidR="003E66CB" w:rsidRPr="00E52DED" w:rsidRDefault="00C77B29" w:rsidP="00E52DED">
      <w:pPr>
        <w:spacing w:after="200"/>
        <w:ind w:left="5760"/>
        <w:rPr>
          <w:rFonts w:cs="Times New Roman"/>
          <w:sz w:val="24"/>
          <w:szCs w:val="24"/>
        </w:rPr>
      </w:pPr>
      <w:r w:rsidRPr="00E52DED">
        <w:rPr>
          <w:rFonts w:cs="Times New Roman"/>
          <w:b/>
          <w:sz w:val="24"/>
          <w:szCs w:val="24"/>
        </w:rPr>
        <w:t>PATVIRTINTA</w:t>
      </w:r>
      <w:r w:rsidRPr="00E52DED">
        <w:rPr>
          <w:rFonts w:cs="Times New Roman"/>
          <w:sz w:val="24"/>
          <w:szCs w:val="24"/>
        </w:rPr>
        <w:br/>
      </w:r>
      <w:proofErr w:type="spellStart"/>
      <w:r w:rsidRPr="00E52DED">
        <w:rPr>
          <w:rFonts w:cs="Times New Roman"/>
          <w:sz w:val="24"/>
          <w:szCs w:val="24"/>
        </w:rPr>
        <w:t>Plungės</w:t>
      </w:r>
      <w:proofErr w:type="spellEnd"/>
      <w:r w:rsidRPr="00E52DED">
        <w:rPr>
          <w:rFonts w:cs="Times New Roman"/>
          <w:sz w:val="24"/>
          <w:szCs w:val="24"/>
        </w:rPr>
        <w:t xml:space="preserve"> „</w:t>
      </w:r>
      <w:proofErr w:type="spellStart"/>
      <w:proofErr w:type="gramStart"/>
      <w:r w:rsidRPr="00E52DED">
        <w:rPr>
          <w:rFonts w:cs="Times New Roman"/>
          <w:sz w:val="24"/>
          <w:szCs w:val="24"/>
        </w:rPr>
        <w:t>Saulės</w:t>
      </w:r>
      <w:proofErr w:type="spellEnd"/>
      <w:r w:rsidRPr="00E52DED">
        <w:rPr>
          <w:rFonts w:cs="Times New Roman"/>
          <w:sz w:val="24"/>
          <w:szCs w:val="24"/>
        </w:rPr>
        <w:t xml:space="preserve">“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proofErr w:type="gram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direktoriaus</w:t>
      </w:r>
      <w:proofErr w:type="spellEnd"/>
      <w:r w:rsidR="00394640">
        <w:rPr>
          <w:rFonts w:cs="Times New Roman"/>
          <w:sz w:val="24"/>
          <w:szCs w:val="24"/>
        </w:rPr>
        <w:t xml:space="preserve"> </w:t>
      </w:r>
      <w:r w:rsidRPr="00E52DED">
        <w:rPr>
          <w:rFonts w:cs="Times New Roman"/>
          <w:sz w:val="24"/>
          <w:szCs w:val="24"/>
        </w:rPr>
        <w:t xml:space="preserve">2026 m. </w:t>
      </w:r>
      <w:proofErr w:type="spellStart"/>
      <w:proofErr w:type="gramStart"/>
      <w:r w:rsidR="00E52DED" w:rsidRPr="00E52DED">
        <w:rPr>
          <w:rFonts w:cs="Times New Roman"/>
          <w:sz w:val="24"/>
          <w:szCs w:val="24"/>
        </w:rPr>
        <w:t>rugsėjo</w:t>
      </w:r>
      <w:proofErr w:type="spellEnd"/>
      <w:r w:rsidR="00394640">
        <w:rPr>
          <w:rFonts w:cs="Times New Roman"/>
          <w:sz w:val="24"/>
          <w:szCs w:val="24"/>
        </w:rPr>
        <w:t xml:space="preserve"> </w:t>
      </w:r>
      <w:r w:rsidRPr="00E52DED">
        <w:rPr>
          <w:rFonts w:cs="Times New Roman"/>
          <w:sz w:val="24"/>
          <w:szCs w:val="24"/>
        </w:rPr>
        <w:t xml:space="preserve"> d.</w:t>
      </w:r>
      <w:proofErr w:type="gramEnd"/>
      <w:r w:rsidRPr="00E52DED">
        <w:rPr>
          <w:rFonts w:cs="Times New Roman"/>
          <w:sz w:val="24"/>
          <w:szCs w:val="24"/>
        </w:rPr>
        <w:br/>
      </w:r>
      <w:proofErr w:type="spellStart"/>
      <w:r w:rsidRPr="00E52DED">
        <w:rPr>
          <w:rFonts w:cs="Times New Roman"/>
          <w:sz w:val="24"/>
          <w:szCs w:val="24"/>
        </w:rPr>
        <w:t>įsakymu</w:t>
      </w:r>
      <w:proofErr w:type="spellEnd"/>
      <w:r w:rsidRPr="00E52DED">
        <w:rPr>
          <w:rFonts w:cs="Times New Roman"/>
          <w:sz w:val="24"/>
          <w:szCs w:val="24"/>
        </w:rPr>
        <w:t xml:space="preserve"> Nr. V-</w:t>
      </w:r>
    </w:p>
    <w:p w14:paraId="131FF0CB" w14:textId="77777777" w:rsidR="003E66CB" w:rsidRPr="00E52DED" w:rsidRDefault="00C77B29" w:rsidP="00394640">
      <w:pPr>
        <w:jc w:val="center"/>
        <w:rPr>
          <w:rFonts w:cs="Times New Roman"/>
          <w:sz w:val="24"/>
          <w:szCs w:val="24"/>
        </w:rPr>
      </w:pPr>
      <w:r w:rsidRPr="00E52DED">
        <w:rPr>
          <w:rFonts w:cs="Times New Roman"/>
          <w:b/>
          <w:sz w:val="24"/>
          <w:szCs w:val="24"/>
        </w:rPr>
        <w:t>PLUNGĖS „</w:t>
      </w:r>
      <w:proofErr w:type="gramStart"/>
      <w:r w:rsidRPr="00E52DED">
        <w:rPr>
          <w:rFonts w:cs="Times New Roman"/>
          <w:b/>
          <w:sz w:val="24"/>
          <w:szCs w:val="24"/>
        </w:rPr>
        <w:t>SAULĖS“ GIMNAZIJOS</w:t>
      </w:r>
      <w:proofErr w:type="gramEnd"/>
    </w:p>
    <w:p w14:paraId="4B655B36" w14:textId="77777777" w:rsidR="003E66CB" w:rsidRPr="00E52DED" w:rsidRDefault="00C77B29" w:rsidP="00394640">
      <w:pPr>
        <w:jc w:val="center"/>
        <w:rPr>
          <w:rFonts w:cs="Times New Roman"/>
          <w:sz w:val="24"/>
          <w:szCs w:val="24"/>
        </w:rPr>
      </w:pPr>
      <w:r w:rsidRPr="00E52DED">
        <w:rPr>
          <w:rFonts w:cs="Times New Roman"/>
          <w:b/>
          <w:sz w:val="24"/>
          <w:szCs w:val="24"/>
        </w:rPr>
        <w:t>DOVANŲ PRIĖMIMO, VERTINIMO, REGISTRAVIMO IR APSKAITOS</w:t>
      </w:r>
    </w:p>
    <w:p w14:paraId="0A68FAB1" w14:textId="77777777" w:rsidR="003E66CB" w:rsidRPr="00E52DED" w:rsidRDefault="00C77B29" w:rsidP="00394640">
      <w:pPr>
        <w:jc w:val="center"/>
        <w:rPr>
          <w:rFonts w:cs="Times New Roman"/>
          <w:sz w:val="24"/>
          <w:szCs w:val="24"/>
        </w:rPr>
      </w:pPr>
      <w:r w:rsidRPr="00E52DED">
        <w:rPr>
          <w:rFonts w:cs="Times New Roman"/>
          <w:b/>
          <w:sz w:val="24"/>
          <w:szCs w:val="24"/>
        </w:rPr>
        <w:t>TVARKOS APRAŠAS</w:t>
      </w:r>
    </w:p>
    <w:p w14:paraId="1DEBCE9B" w14:textId="77777777" w:rsidR="00394640" w:rsidRDefault="00394640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78660421" w14:textId="4A46EC80" w:rsidR="003E66CB" w:rsidRPr="00E52DED" w:rsidRDefault="00C77B29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I SKYRIUS</w:t>
      </w:r>
    </w:p>
    <w:p w14:paraId="7CB97027" w14:textId="77777777" w:rsidR="003E66CB" w:rsidRDefault="00C77B29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BENDROSIOS NUOSTATOS</w:t>
      </w:r>
    </w:p>
    <w:p w14:paraId="7C67667D" w14:textId="77777777" w:rsidR="00394640" w:rsidRPr="00E52DED" w:rsidRDefault="00394640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71108645" w14:textId="77777777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1. </w:t>
      </w:r>
      <w:proofErr w:type="spellStart"/>
      <w:r w:rsidRPr="00E52DED">
        <w:rPr>
          <w:rFonts w:cs="Times New Roman"/>
          <w:sz w:val="24"/>
          <w:szCs w:val="24"/>
        </w:rPr>
        <w:t>Plungės</w:t>
      </w:r>
      <w:proofErr w:type="spellEnd"/>
      <w:r w:rsidRPr="00E52DED">
        <w:rPr>
          <w:rFonts w:cs="Times New Roman"/>
          <w:sz w:val="24"/>
          <w:szCs w:val="24"/>
        </w:rPr>
        <w:t xml:space="preserve"> „</w:t>
      </w:r>
      <w:proofErr w:type="spellStart"/>
      <w:proofErr w:type="gramStart"/>
      <w:r w:rsidRPr="00E52DED">
        <w:rPr>
          <w:rFonts w:cs="Times New Roman"/>
          <w:sz w:val="24"/>
          <w:szCs w:val="24"/>
        </w:rPr>
        <w:t>Saulės</w:t>
      </w:r>
      <w:proofErr w:type="spellEnd"/>
      <w:r w:rsidRPr="00E52DED">
        <w:rPr>
          <w:rFonts w:cs="Times New Roman"/>
          <w:sz w:val="24"/>
          <w:szCs w:val="24"/>
        </w:rPr>
        <w:t xml:space="preserve">“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proofErr w:type="gram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vertinimo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registravimo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aprašas</w:t>
      </w:r>
      <w:proofErr w:type="spellEnd"/>
      <w:r w:rsidRPr="00E52DED">
        <w:rPr>
          <w:rFonts w:cs="Times New Roman"/>
          <w:sz w:val="24"/>
          <w:szCs w:val="24"/>
        </w:rPr>
        <w:t xml:space="preserve"> (</w:t>
      </w:r>
      <w:proofErr w:type="spellStart"/>
      <w:r w:rsidRPr="00E52DED">
        <w:rPr>
          <w:rFonts w:cs="Times New Roman"/>
          <w:sz w:val="24"/>
          <w:szCs w:val="24"/>
        </w:rPr>
        <w:t>toliau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Aprašas</w:t>
      </w:r>
      <w:proofErr w:type="spellEnd"/>
      <w:r w:rsidRPr="00E52DED">
        <w:rPr>
          <w:rFonts w:cs="Times New Roman"/>
          <w:sz w:val="24"/>
          <w:szCs w:val="24"/>
        </w:rPr>
        <w:t xml:space="preserve">) </w:t>
      </w:r>
      <w:proofErr w:type="spellStart"/>
      <w:r w:rsidRPr="00E52DED">
        <w:rPr>
          <w:rFonts w:cs="Times New Roman"/>
          <w:sz w:val="24"/>
          <w:szCs w:val="24"/>
        </w:rPr>
        <w:t>nustato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kitokios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neatlygintinai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gaunamos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susijusios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Plungės</w:t>
      </w:r>
      <w:proofErr w:type="spellEnd"/>
      <w:r w:rsidRPr="00E52DED">
        <w:rPr>
          <w:rFonts w:cs="Times New Roman"/>
          <w:sz w:val="24"/>
          <w:szCs w:val="24"/>
        </w:rPr>
        <w:t xml:space="preserve"> „</w:t>
      </w:r>
      <w:proofErr w:type="spellStart"/>
      <w:proofErr w:type="gramStart"/>
      <w:r w:rsidRPr="00E52DED">
        <w:rPr>
          <w:rFonts w:cs="Times New Roman"/>
          <w:sz w:val="24"/>
          <w:szCs w:val="24"/>
        </w:rPr>
        <w:t>Saulės</w:t>
      </w:r>
      <w:proofErr w:type="spellEnd"/>
      <w:r w:rsidRPr="00E52DED">
        <w:rPr>
          <w:rFonts w:cs="Times New Roman"/>
          <w:sz w:val="24"/>
          <w:szCs w:val="24"/>
        </w:rPr>
        <w:t xml:space="preserve">“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proofErr w:type="gramEnd"/>
      <w:r w:rsidRPr="00E52DED">
        <w:rPr>
          <w:rFonts w:cs="Times New Roman"/>
          <w:sz w:val="24"/>
          <w:szCs w:val="24"/>
        </w:rPr>
        <w:t xml:space="preserve"> (</w:t>
      </w:r>
      <w:proofErr w:type="spellStart"/>
      <w:r w:rsidRPr="00E52DED">
        <w:rPr>
          <w:rFonts w:cs="Times New Roman"/>
          <w:sz w:val="24"/>
          <w:szCs w:val="24"/>
        </w:rPr>
        <w:t>toliau</w:t>
      </w:r>
      <w:proofErr w:type="spellEnd"/>
      <w:r w:rsidRPr="00E52DED">
        <w:rPr>
          <w:rFonts w:cs="Times New Roman"/>
          <w:sz w:val="24"/>
          <w:szCs w:val="24"/>
        </w:rPr>
        <w:t xml:space="preserve"> – Gimnazija) </w:t>
      </w:r>
      <w:proofErr w:type="spellStart"/>
      <w:r w:rsidRPr="00E52DED">
        <w:rPr>
          <w:rFonts w:cs="Times New Roman"/>
          <w:sz w:val="24"/>
          <w:szCs w:val="24"/>
        </w:rPr>
        <w:t>veikla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atliekamomis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funkcijomis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priėmimo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atsisakymo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grąžinimo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registravimo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vertinimo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perdavimo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naudojimo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tvarką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21FBF9E2" w14:textId="77777777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2.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tikslas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užtikrinti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veiklos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skaidrumą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darbuotojų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nešališkumą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sąžiningumą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profesinę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etiką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valdyti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konfliktų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korupcijos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rizikas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apsaugoti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reputaciją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bei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aiškias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vienodai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suprantamas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taisykles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5AAE0D78" w14:textId="77777777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3. </w:t>
      </w:r>
      <w:proofErr w:type="spellStart"/>
      <w:r w:rsidRPr="00E52DED">
        <w:rPr>
          <w:rFonts w:cs="Times New Roman"/>
          <w:sz w:val="24"/>
          <w:szCs w:val="24"/>
        </w:rPr>
        <w:t>Aprašas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taikomas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direktoriui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direktoriaus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pavaduotojams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pedagoginiams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nepedagoginiams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darbuotojams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6247A18A" w14:textId="77777777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4. </w:t>
      </w:r>
      <w:proofErr w:type="spellStart"/>
      <w:r w:rsidRPr="00E52DED">
        <w:rPr>
          <w:rFonts w:cs="Times New Roman"/>
          <w:sz w:val="24"/>
          <w:szCs w:val="24"/>
        </w:rPr>
        <w:t>Darbuotojams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viešųjų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privačių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derinimo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yra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deklaruojantys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asmenys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pirmiausia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taikomi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šiame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paslaugų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apribojimai</w:t>
      </w:r>
      <w:proofErr w:type="spellEnd"/>
      <w:r w:rsidRPr="00E52DED">
        <w:rPr>
          <w:rFonts w:cs="Times New Roman"/>
          <w:sz w:val="24"/>
          <w:szCs w:val="24"/>
        </w:rPr>
        <w:t xml:space="preserve">.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nuostatos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jiems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taikomos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tiek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kiek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tokias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pačias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griežtesnes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elgesio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taisykles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710D0904" w14:textId="77777777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5. </w:t>
      </w:r>
      <w:proofErr w:type="spellStart"/>
      <w:r w:rsidRPr="00E52DED">
        <w:rPr>
          <w:rFonts w:cs="Times New Roman"/>
          <w:sz w:val="24"/>
          <w:szCs w:val="24"/>
        </w:rPr>
        <w:t>Aprašas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parengtas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vadovaujantis</w:t>
      </w:r>
      <w:proofErr w:type="spellEnd"/>
      <w:r w:rsidRPr="00E52DED">
        <w:rPr>
          <w:rFonts w:cs="Times New Roman"/>
          <w:sz w:val="24"/>
          <w:szCs w:val="24"/>
        </w:rPr>
        <w:t xml:space="preserve">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viešųjų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privačių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derinimo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įstatymu</w:t>
      </w:r>
      <w:proofErr w:type="spellEnd"/>
      <w:r w:rsidRPr="00E52DED">
        <w:rPr>
          <w:rFonts w:cs="Times New Roman"/>
          <w:sz w:val="24"/>
          <w:szCs w:val="24"/>
        </w:rPr>
        <w:t xml:space="preserve">,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korupcijos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prevencijos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įstatymu</w:t>
      </w:r>
      <w:proofErr w:type="spellEnd"/>
      <w:r w:rsidRPr="00E52DED">
        <w:rPr>
          <w:rFonts w:cs="Times New Roman"/>
          <w:sz w:val="24"/>
          <w:szCs w:val="24"/>
        </w:rPr>
        <w:t xml:space="preserve">,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baudžiamuoju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kodeksu</w:t>
      </w:r>
      <w:proofErr w:type="spellEnd"/>
      <w:r w:rsidRPr="00E52DED">
        <w:rPr>
          <w:rFonts w:cs="Times New Roman"/>
          <w:sz w:val="24"/>
          <w:szCs w:val="24"/>
        </w:rPr>
        <w:t xml:space="preserve">,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švietimo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įstatymu</w:t>
      </w:r>
      <w:proofErr w:type="spellEnd"/>
      <w:r w:rsidRPr="00E52DED">
        <w:rPr>
          <w:rFonts w:cs="Times New Roman"/>
          <w:sz w:val="24"/>
          <w:szCs w:val="24"/>
        </w:rPr>
        <w:t xml:space="preserve">,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labdaros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paramos </w:t>
      </w:r>
      <w:proofErr w:type="spellStart"/>
      <w:r w:rsidRPr="00E52DED">
        <w:rPr>
          <w:rFonts w:cs="Times New Roman"/>
          <w:sz w:val="24"/>
          <w:szCs w:val="24"/>
        </w:rPr>
        <w:t>įstatymu</w:t>
      </w:r>
      <w:proofErr w:type="spellEnd"/>
      <w:r w:rsidRPr="00E52DED">
        <w:rPr>
          <w:rFonts w:cs="Times New Roman"/>
          <w:sz w:val="24"/>
          <w:szCs w:val="24"/>
        </w:rPr>
        <w:t xml:space="preserve">,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valstybės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savivaldybių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turto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valdymo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naudojimo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disponavimo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įstatymu</w:t>
      </w:r>
      <w:proofErr w:type="spellEnd"/>
      <w:r w:rsidRPr="00E52DED">
        <w:rPr>
          <w:rFonts w:cs="Times New Roman"/>
          <w:sz w:val="24"/>
          <w:szCs w:val="24"/>
        </w:rPr>
        <w:t xml:space="preserve">,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dokumentų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archyvų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įstatymu</w:t>
      </w:r>
      <w:proofErr w:type="spellEnd"/>
      <w:r w:rsidRPr="00E52DED">
        <w:rPr>
          <w:rFonts w:cs="Times New Roman"/>
          <w:sz w:val="24"/>
          <w:szCs w:val="24"/>
        </w:rPr>
        <w:t xml:space="preserve">, 2016 m. </w:t>
      </w:r>
      <w:proofErr w:type="spellStart"/>
      <w:r w:rsidRPr="00E52DED">
        <w:rPr>
          <w:rFonts w:cs="Times New Roman"/>
          <w:sz w:val="24"/>
          <w:szCs w:val="24"/>
        </w:rPr>
        <w:t>balandžio</w:t>
      </w:r>
      <w:proofErr w:type="spellEnd"/>
      <w:r w:rsidRPr="00E52DED">
        <w:rPr>
          <w:rFonts w:cs="Times New Roman"/>
          <w:sz w:val="24"/>
          <w:szCs w:val="24"/>
        </w:rPr>
        <w:t xml:space="preserve"> 27 d. Europos </w:t>
      </w:r>
      <w:proofErr w:type="spellStart"/>
      <w:r w:rsidRPr="00E52DED">
        <w:rPr>
          <w:rFonts w:cs="Times New Roman"/>
          <w:sz w:val="24"/>
          <w:szCs w:val="24"/>
        </w:rPr>
        <w:t>Parlamento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Tarybos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reglamentu</w:t>
      </w:r>
      <w:proofErr w:type="spellEnd"/>
      <w:r w:rsidRPr="00E52DED">
        <w:rPr>
          <w:rFonts w:cs="Times New Roman"/>
          <w:sz w:val="24"/>
          <w:szCs w:val="24"/>
        </w:rPr>
        <w:t xml:space="preserve"> (ES) 2016/679, </w:t>
      </w:r>
      <w:proofErr w:type="spellStart"/>
      <w:r w:rsidRPr="00E52DED">
        <w:rPr>
          <w:rFonts w:cs="Times New Roman"/>
          <w:sz w:val="24"/>
          <w:szCs w:val="24"/>
        </w:rPr>
        <w:t>Pedagogų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etikos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kodeksu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patvirtintu</w:t>
      </w:r>
      <w:proofErr w:type="spellEnd"/>
      <w:r w:rsidRPr="00E52DED">
        <w:rPr>
          <w:rFonts w:cs="Times New Roman"/>
          <w:sz w:val="24"/>
          <w:szCs w:val="24"/>
        </w:rPr>
        <w:t xml:space="preserve">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švietimo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mokslo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ministro</w:t>
      </w:r>
      <w:proofErr w:type="spellEnd"/>
      <w:r w:rsidRPr="00E52DED">
        <w:rPr>
          <w:rFonts w:cs="Times New Roman"/>
          <w:sz w:val="24"/>
          <w:szCs w:val="24"/>
        </w:rPr>
        <w:t xml:space="preserve"> 2018 m. </w:t>
      </w:r>
      <w:proofErr w:type="spellStart"/>
      <w:r w:rsidRPr="00E52DED">
        <w:rPr>
          <w:rFonts w:cs="Times New Roman"/>
          <w:sz w:val="24"/>
          <w:szCs w:val="24"/>
        </w:rPr>
        <w:t>birželio</w:t>
      </w:r>
      <w:proofErr w:type="spellEnd"/>
      <w:r w:rsidRPr="00E52DED">
        <w:rPr>
          <w:rFonts w:cs="Times New Roman"/>
          <w:sz w:val="24"/>
          <w:szCs w:val="24"/>
        </w:rPr>
        <w:t xml:space="preserve"> 11 d. </w:t>
      </w:r>
      <w:proofErr w:type="spellStart"/>
      <w:r w:rsidRPr="00E52DED">
        <w:rPr>
          <w:rFonts w:cs="Times New Roman"/>
          <w:sz w:val="24"/>
          <w:szCs w:val="24"/>
        </w:rPr>
        <w:t>įsakymu</w:t>
      </w:r>
      <w:proofErr w:type="spellEnd"/>
      <w:r w:rsidRPr="00E52DED">
        <w:rPr>
          <w:rFonts w:cs="Times New Roman"/>
          <w:sz w:val="24"/>
          <w:szCs w:val="24"/>
        </w:rPr>
        <w:t xml:space="preserve"> Nr. V-561, </w:t>
      </w:r>
      <w:proofErr w:type="spellStart"/>
      <w:r w:rsidRPr="00E52DED">
        <w:rPr>
          <w:rFonts w:cs="Times New Roman"/>
          <w:sz w:val="24"/>
          <w:szCs w:val="24"/>
        </w:rPr>
        <w:t>bei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atsižvelgiant</w:t>
      </w:r>
      <w:proofErr w:type="spellEnd"/>
      <w:r w:rsidRPr="00E52DED">
        <w:rPr>
          <w:rFonts w:cs="Times New Roman"/>
          <w:sz w:val="24"/>
          <w:szCs w:val="24"/>
        </w:rPr>
        <w:t xml:space="preserve"> į Vyriausiosios </w:t>
      </w:r>
      <w:proofErr w:type="spellStart"/>
      <w:r w:rsidRPr="00E52DED">
        <w:rPr>
          <w:rFonts w:cs="Times New Roman"/>
          <w:sz w:val="24"/>
          <w:szCs w:val="24"/>
        </w:rPr>
        <w:t>tarnybinės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etikos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rekomendacines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gaires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paslaugų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apribojimų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Specialiųjų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tyrimų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tarnybos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metodines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rekomendacijas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48B7F53A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6. </w:t>
      </w:r>
      <w:proofErr w:type="spellStart"/>
      <w:r w:rsidRPr="00E52DED">
        <w:rPr>
          <w:rFonts w:cs="Times New Roman"/>
          <w:sz w:val="24"/>
          <w:szCs w:val="24"/>
        </w:rPr>
        <w:t>Apraše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vartojamos</w:t>
      </w:r>
      <w:proofErr w:type="spellEnd"/>
      <w:r w:rsidRPr="00E52DED">
        <w:rPr>
          <w:rFonts w:cs="Times New Roman"/>
          <w:sz w:val="24"/>
          <w:szCs w:val="24"/>
        </w:rPr>
        <w:t xml:space="preserve"> sąvokos:</w:t>
      </w:r>
    </w:p>
    <w:p w14:paraId="61465A4E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6.1. d</w:t>
      </w:r>
      <w:proofErr w:type="spellStart"/>
      <w:r w:rsidRPr="00E52DED">
        <w:rPr>
          <w:rFonts w:cs="Times New Roman"/>
          <w:sz w:val="24"/>
          <w:szCs w:val="24"/>
        </w:rPr>
        <w:t>ovana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neatlygintinai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perduodamas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turtas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turtinė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paslauga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įvertinti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pinigais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įskaitant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daiktus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paslaugas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keliones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mokymus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kvietimus</w:t>
      </w:r>
      <w:proofErr w:type="spellEnd"/>
      <w:r w:rsidRPr="00E52DED">
        <w:rPr>
          <w:rFonts w:cs="Times New Roman"/>
          <w:sz w:val="24"/>
          <w:szCs w:val="24"/>
        </w:rPr>
        <w:t xml:space="preserve"> į </w:t>
      </w:r>
      <w:proofErr w:type="spellStart"/>
      <w:r w:rsidRPr="00E52DED">
        <w:rPr>
          <w:rFonts w:cs="Times New Roman"/>
          <w:sz w:val="24"/>
          <w:szCs w:val="24"/>
        </w:rPr>
        <w:t>mokamus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renginius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vaišingumą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maitinimą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apgyvendinimą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transportą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išskirtines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nuolaidas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privilegijas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čekius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kuponus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kitą</w:t>
      </w:r>
      <w:proofErr w:type="spellEnd"/>
      <w:r w:rsidRPr="00E52DED">
        <w:rPr>
          <w:rFonts w:cs="Times New Roman"/>
          <w:sz w:val="24"/>
          <w:szCs w:val="24"/>
        </w:rPr>
        <w:t xml:space="preserve"> naudą;</w:t>
      </w:r>
    </w:p>
    <w:p w14:paraId="7D97C898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6.2. s</w:t>
      </w:r>
      <w:proofErr w:type="spellStart"/>
      <w:r w:rsidRPr="00E52DED">
        <w:rPr>
          <w:rFonts w:cs="Times New Roman"/>
          <w:sz w:val="24"/>
          <w:szCs w:val="24"/>
        </w:rPr>
        <w:t>imbolinis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dėmesio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ženklas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akivaizdžiai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nedidelės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pirmiausia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emocinę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atminimo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simbolinę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o ne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materialinę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reikšmę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turintis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daiktas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pavyzdžiui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gėlė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gėlių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puokštė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atvirukas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mokinio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sukurtas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padėkos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raštas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panašaus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pobūdžio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dėmesio</w:t>
      </w:r>
      <w:proofErr w:type="spellEnd"/>
      <w:r w:rsidRPr="00E52DED">
        <w:rPr>
          <w:rFonts w:cs="Times New Roman"/>
          <w:sz w:val="24"/>
          <w:szCs w:val="24"/>
        </w:rPr>
        <w:t xml:space="preserve"> ženklas;</w:t>
      </w:r>
    </w:p>
    <w:p w14:paraId="1E1C587F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6.3. o</w:t>
      </w:r>
      <w:proofErr w:type="spellStart"/>
      <w:r w:rsidRPr="00E52DED">
        <w:rPr>
          <w:rFonts w:cs="Times New Roman"/>
          <w:sz w:val="24"/>
          <w:szCs w:val="24"/>
        </w:rPr>
        <w:t>ficiali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gaunama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tarptautinį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protokolą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oficialaus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bendradarbiavimo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vizito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susitikimo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ceremonijos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oficialaus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renginio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metu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reprezentacinė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valstybės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savivaldybės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įstaigos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organizacijos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</w:t>
      </w:r>
      <w:proofErr w:type="spellEnd"/>
      <w:r w:rsidRPr="00E52DED">
        <w:rPr>
          <w:rFonts w:cs="Times New Roman"/>
          <w:sz w:val="24"/>
          <w:szCs w:val="24"/>
        </w:rPr>
        <w:t xml:space="preserve"> simbolika;</w:t>
      </w:r>
    </w:p>
    <w:p w14:paraId="208CD23E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6.4. d</w:t>
      </w:r>
      <w:proofErr w:type="spellStart"/>
      <w:r w:rsidRPr="00E52DED">
        <w:rPr>
          <w:rFonts w:cs="Times New Roman"/>
          <w:sz w:val="24"/>
          <w:szCs w:val="24"/>
        </w:rPr>
        <w:t>ovana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tradicijas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teikiama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objektyviai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susiformavusią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tarnybinėmis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profesinėmis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pareigomis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įprastai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susijusią</w:t>
      </w:r>
      <w:proofErr w:type="spellEnd"/>
      <w:r w:rsidRPr="00E52DED">
        <w:rPr>
          <w:rFonts w:cs="Times New Roman"/>
          <w:sz w:val="24"/>
          <w:szCs w:val="24"/>
        </w:rPr>
        <w:t xml:space="preserve"> tradiciją;</w:t>
      </w:r>
    </w:p>
    <w:p w14:paraId="1F10A64D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6.5. d</w:t>
      </w:r>
      <w:proofErr w:type="spellStart"/>
      <w:r w:rsidRPr="00E52DED">
        <w:rPr>
          <w:rFonts w:cs="Times New Roman"/>
          <w:sz w:val="24"/>
          <w:szCs w:val="24"/>
        </w:rPr>
        <w:t>eklaruojantis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asmuo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asmuo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viešųjų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privačių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derinimo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pareiga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deklaruoti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privačius</w:t>
      </w:r>
      <w:proofErr w:type="spellEnd"/>
      <w:r w:rsidRPr="00E52DED">
        <w:rPr>
          <w:rFonts w:cs="Times New Roman"/>
          <w:sz w:val="24"/>
          <w:szCs w:val="24"/>
        </w:rPr>
        <w:t xml:space="preserve"> interesus;</w:t>
      </w:r>
    </w:p>
    <w:p w14:paraId="7390AB3E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6.6. n</w:t>
      </w:r>
      <w:proofErr w:type="spellStart"/>
      <w:r w:rsidRPr="00E52DED">
        <w:rPr>
          <w:rFonts w:cs="Times New Roman"/>
          <w:sz w:val="24"/>
          <w:szCs w:val="24"/>
        </w:rPr>
        <w:t>etoleruotina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paslauga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kitokia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draudžiamas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kuri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teikimo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aplinkybių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sukelti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konfliktą</w:t>
      </w:r>
      <w:proofErr w:type="spellEnd"/>
      <w:r w:rsidRPr="00E52DED">
        <w:rPr>
          <w:rFonts w:cs="Times New Roman"/>
          <w:sz w:val="24"/>
          <w:szCs w:val="24"/>
        </w:rPr>
        <w:t xml:space="preserve">, jo </w:t>
      </w:r>
      <w:proofErr w:type="spellStart"/>
      <w:r w:rsidRPr="00E52DED">
        <w:rPr>
          <w:rFonts w:cs="Times New Roman"/>
          <w:sz w:val="24"/>
          <w:szCs w:val="24"/>
        </w:rPr>
        <w:t>regimybę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moralinį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įsipareigojimą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dovanotojui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pagrįstų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abejonių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nešališkumo;</w:t>
      </w:r>
    </w:p>
    <w:p w14:paraId="4C5D472D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lastRenderedPageBreak/>
        <w:t>6.7. n</w:t>
      </w:r>
      <w:proofErr w:type="spellStart"/>
      <w:r w:rsidRPr="00E52DED">
        <w:rPr>
          <w:rFonts w:cs="Times New Roman"/>
          <w:sz w:val="24"/>
          <w:szCs w:val="24"/>
        </w:rPr>
        <w:t>eteisėtas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atlygis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darbuotojui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jo </w:t>
      </w:r>
      <w:proofErr w:type="spellStart"/>
      <w:r w:rsidRPr="00E52DED">
        <w:rPr>
          <w:rFonts w:cs="Times New Roman"/>
          <w:sz w:val="24"/>
          <w:szCs w:val="24"/>
        </w:rPr>
        <w:t>atliekamų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funkcijų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siūlomi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žadami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duodami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paliekami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pinigai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daiktai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paslaugos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kitokia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turtinė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neturtinė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nauda</w:t>
      </w:r>
      <w:proofErr w:type="spellEnd"/>
      <w:r w:rsidRPr="00E52DED">
        <w:rPr>
          <w:rFonts w:cs="Times New Roman"/>
          <w:sz w:val="24"/>
          <w:szCs w:val="24"/>
        </w:rPr>
        <w:t xml:space="preserve">, kai </w:t>
      </w:r>
      <w:proofErr w:type="spellStart"/>
      <w:r w:rsidRPr="00E52DED">
        <w:rPr>
          <w:rFonts w:cs="Times New Roman"/>
          <w:sz w:val="24"/>
          <w:szCs w:val="24"/>
        </w:rPr>
        <w:t>tokia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neatitinka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aktuose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šiame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leidžiamų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požymių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turėti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kyšio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papirkimo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kitokio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neteisėto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atlygio</w:t>
      </w:r>
      <w:proofErr w:type="spellEnd"/>
      <w:r w:rsidRPr="00E52DED">
        <w:rPr>
          <w:rFonts w:cs="Times New Roman"/>
          <w:sz w:val="24"/>
          <w:szCs w:val="24"/>
        </w:rPr>
        <w:t xml:space="preserve"> požymių;</w:t>
      </w:r>
    </w:p>
    <w:p w14:paraId="5E3782D6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6.8. a</w:t>
      </w:r>
      <w:proofErr w:type="spellStart"/>
      <w:r w:rsidRPr="00E52DED">
        <w:rPr>
          <w:rFonts w:cs="Times New Roman"/>
          <w:sz w:val="24"/>
          <w:szCs w:val="24"/>
        </w:rPr>
        <w:t>tsakingas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asmuo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įsakymu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paskirtas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atsakingas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už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tvarkymą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perdavimo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grąžinimo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šiame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procedūrų</w:t>
      </w:r>
      <w:proofErr w:type="spellEnd"/>
      <w:r w:rsidRPr="00E52DED">
        <w:rPr>
          <w:rFonts w:cs="Times New Roman"/>
          <w:sz w:val="24"/>
          <w:szCs w:val="24"/>
        </w:rPr>
        <w:t xml:space="preserve"> administravimą;</w:t>
      </w:r>
    </w:p>
    <w:p w14:paraId="6591BD39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6.9. D</w:t>
      </w:r>
      <w:proofErr w:type="spellStart"/>
      <w:r w:rsidRPr="00E52DED">
        <w:rPr>
          <w:rFonts w:cs="Times New Roman"/>
          <w:sz w:val="24"/>
          <w:szCs w:val="24"/>
        </w:rPr>
        <w:t>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komisija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įsakymu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sudaryta</w:t>
      </w:r>
      <w:proofErr w:type="spellEnd"/>
      <w:r w:rsidRPr="00E52DED">
        <w:rPr>
          <w:rFonts w:cs="Times New Roman"/>
          <w:sz w:val="24"/>
          <w:szCs w:val="24"/>
        </w:rPr>
        <w:t xml:space="preserve"> ne </w:t>
      </w:r>
      <w:proofErr w:type="spellStart"/>
      <w:r w:rsidRPr="00E52DED">
        <w:rPr>
          <w:rFonts w:cs="Times New Roman"/>
          <w:sz w:val="24"/>
          <w:szCs w:val="24"/>
        </w:rPr>
        <w:t>mažiau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trijų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komisija</w:t>
      </w:r>
      <w:proofErr w:type="spellEnd"/>
      <w:r w:rsidRPr="00E52DED">
        <w:rPr>
          <w:rFonts w:cs="Times New Roman"/>
          <w:sz w:val="24"/>
          <w:szCs w:val="24"/>
        </w:rPr>
        <w:t xml:space="preserve"> (</w:t>
      </w:r>
      <w:proofErr w:type="spellStart"/>
      <w:r w:rsidRPr="00E52DED">
        <w:rPr>
          <w:rFonts w:cs="Times New Roman"/>
          <w:sz w:val="24"/>
          <w:szCs w:val="24"/>
        </w:rPr>
        <w:t>toliau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Komisija</w:t>
      </w:r>
      <w:proofErr w:type="spellEnd"/>
      <w:r w:rsidRPr="00E52DED">
        <w:rPr>
          <w:rFonts w:cs="Times New Roman"/>
          <w:sz w:val="24"/>
          <w:szCs w:val="24"/>
        </w:rPr>
        <w:t xml:space="preserve">), </w:t>
      </w:r>
      <w:proofErr w:type="spellStart"/>
      <w:r w:rsidRPr="00E52DED">
        <w:rPr>
          <w:rFonts w:cs="Times New Roman"/>
          <w:sz w:val="24"/>
          <w:szCs w:val="24"/>
        </w:rPr>
        <w:t>vertinanti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priimanti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šiame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Apraše</w:t>
      </w:r>
      <w:proofErr w:type="spellEnd"/>
      <w:r w:rsidRPr="00E52DED">
        <w:rPr>
          <w:rFonts w:cs="Times New Roman"/>
          <w:sz w:val="24"/>
          <w:szCs w:val="24"/>
        </w:rPr>
        <w:t xml:space="preserve"> jai </w:t>
      </w:r>
      <w:proofErr w:type="spellStart"/>
      <w:r w:rsidRPr="00E52DED">
        <w:rPr>
          <w:rFonts w:cs="Times New Roman"/>
          <w:sz w:val="24"/>
          <w:szCs w:val="24"/>
        </w:rPr>
        <w:t>priskirtus</w:t>
      </w:r>
      <w:proofErr w:type="spellEnd"/>
      <w:r w:rsidRPr="00E52DED">
        <w:rPr>
          <w:rFonts w:cs="Times New Roman"/>
          <w:sz w:val="24"/>
          <w:szCs w:val="24"/>
        </w:rPr>
        <w:t xml:space="preserve"> sprendimus.</w:t>
      </w:r>
    </w:p>
    <w:p w14:paraId="322C63C1" w14:textId="18C8AC96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7. A</w:t>
      </w:r>
      <w:proofErr w:type="spellStart"/>
      <w:r w:rsidRPr="00E52DED">
        <w:rPr>
          <w:rFonts w:cs="Times New Roman"/>
          <w:sz w:val="24"/>
          <w:szCs w:val="24"/>
        </w:rPr>
        <w:t>smeninės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tarpusavio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teikiamos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privačių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tarpusavio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santykių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šeimos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gimtadienio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asmeninio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jubiliejaus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asmeninėmis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progomis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nesusijusios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atliekamomis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funkcijomis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veikla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priimamais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sprendimais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šiuo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nereglamentuojamos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6BFBB53B" w14:textId="77777777" w:rsidR="003E66CB" w:rsidRPr="00E52DED" w:rsidRDefault="00C77B29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II SKYRIUS</w:t>
      </w:r>
    </w:p>
    <w:p w14:paraId="32649BA2" w14:textId="77777777" w:rsidR="003E66CB" w:rsidRDefault="00C77B29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DOVANŲ POLITIKOS PRINCIPAI</w:t>
      </w:r>
    </w:p>
    <w:p w14:paraId="0BE8A5FC" w14:textId="77777777" w:rsidR="00394640" w:rsidRPr="00E52DED" w:rsidRDefault="00394640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58B371CA" w14:textId="77777777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8. </w:t>
      </w:r>
      <w:proofErr w:type="spellStart"/>
      <w:r w:rsidRPr="00E52DED">
        <w:rPr>
          <w:rFonts w:cs="Times New Roman"/>
          <w:sz w:val="24"/>
          <w:szCs w:val="24"/>
        </w:rPr>
        <w:t>Gimnazijoje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taikomas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riboto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principas</w:t>
      </w:r>
      <w:proofErr w:type="spellEnd"/>
      <w:r w:rsidRPr="00E52DED">
        <w:rPr>
          <w:rFonts w:cs="Times New Roman"/>
          <w:sz w:val="24"/>
          <w:szCs w:val="24"/>
        </w:rPr>
        <w:t xml:space="preserve">. </w:t>
      </w:r>
      <w:proofErr w:type="spellStart"/>
      <w:r w:rsidRPr="00E52DED">
        <w:rPr>
          <w:rFonts w:cs="Times New Roman"/>
          <w:sz w:val="24"/>
          <w:szCs w:val="24"/>
        </w:rPr>
        <w:t>Darbuotojų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atliekamas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teikiamos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paslaugos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mokinių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vertinimas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sprendimų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funkcijų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vykdymas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siejami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kitokios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gavimu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77212759" w14:textId="77777777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9. </w:t>
      </w:r>
      <w:proofErr w:type="spellStart"/>
      <w:r w:rsidRPr="00E52DED">
        <w:rPr>
          <w:rFonts w:cs="Times New Roman"/>
          <w:sz w:val="24"/>
          <w:szCs w:val="24"/>
        </w:rPr>
        <w:t>Darbuotojams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draudžiama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prašyti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užsiminti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apie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pageidavimą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skatinti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inicijuoti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organizuoti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lėšų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rinkimą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kitiems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darbuotojams</w:t>
      </w:r>
      <w:proofErr w:type="spellEnd"/>
      <w:r w:rsidRPr="00E52DED">
        <w:rPr>
          <w:rFonts w:cs="Times New Roman"/>
          <w:sz w:val="24"/>
          <w:szCs w:val="24"/>
        </w:rPr>
        <w:t xml:space="preserve">, kai </w:t>
      </w:r>
      <w:proofErr w:type="spellStart"/>
      <w:r w:rsidRPr="00E52DED">
        <w:rPr>
          <w:rFonts w:cs="Times New Roman"/>
          <w:sz w:val="24"/>
          <w:szCs w:val="24"/>
        </w:rPr>
        <w:t>tokios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yra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susijusios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atliekamomis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funkcijomis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profesiniais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santykiais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priimamais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veikla</w:t>
      </w:r>
      <w:proofErr w:type="spellEnd"/>
      <w:r w:rsidRPr="00E52DED">
        <w:rPr>
          <w:rFonts w:cs="Times New Roman"/>
          <w:sz w:val="24"/>
          <w:szCs w:val="24"/>
        </w:rPr>
        <w:t xml:space="preserve">. </w:t>
      </w:r>
      <w:proofErr w:type="spellStart"/>
      <w:r w:rsidRPr="00E52DED">
        <w:rPr>
          <w:rFonts w:cs="Times New Roman"/>
          <w:sz w:val="24"/>
          <w:szCs w:val="24"/>
        </w:rPr>
        <w:t>Šis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draudimas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netaikomas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7 </w:t>
      </w:r>
      <w:proofErr w:type="spellStart"/>
      <w:r w:rsidRPr="00E52DED">
        <w:rPr>
          <w:rFonts w:cs="Times New Roman"/>
          <w:sz w:val="24"/>
          <w:szCs w:val="24"/>
        </w:rPr>
        <w:t>punkte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nurodytoms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asmeninėms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tarpusavio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dovanoms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4056A1FE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10.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priimama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teikimu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siekiama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pagrįstai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suvokiama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kad</w:t>
      </w:r>
      <w:proofErr w:type="spellEnd"/>
      <w:r w:rsidRPr="00E52DED">
        <w:rPr>
          <w:rFonts w:cs="Times New Roman"/>
          <w:sz w:val="24"/>
          <w:szCs w:val="24"/>
        </w:rPr>
        <w:t xml:space="preserve"> siekiama:</w:t>
      </w:r>
    </w:p>
    <w:p w14:paraId="0F91E38F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10.1. p</w:t>
      </w:r>
      <w:proofErr w:type="spellStart"/>
      <w:r w:rsidRPr="00E52DED">
        <w:rPr>
          <w:rFonts w:cs="Times New Roman"/>
          <w:sz w:val="24"/>
          <w:szCs w:val="24"/>
        </w:rPr>
        <w:t>aveikti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vertinimą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veiksmą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neveikimą;</w:t>
      </w:r>
    </w:p>
    <w:p w14:paraId="35BBC62D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10.2. </w:t>
      </w:r>
      <w:proofErr w:type="spellStart"/>
      <w:r w:rsidRPr="00E52DED">
        <w:rPr>
          <w:rFonts w:cs="Times New Roman"/>
          <w:sz w:val="24"/>
          <w:szCs w:val="24"/>
        </w:rPr>
        <w:t>gauti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palankumą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išskirtines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sąlygas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privilegiją;</w:t>
      </w:r>
    </w:p>
    <w:p w14:paraId="6329F80E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10.3. a</w:t>
      </w:r>
      <w:proofErr w:type="spellStart"/>
      <w:r w:rsidRPr="00E52DED">
        <w:rPr>
          <w:rFonts w:cs="Times New Roman"/>
          <w:sz w:val="24"/>
          <w:szCs w:val="24"/>
        </w:rPr>
        <w:t>tsidėkoti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už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konkretų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atliktą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veiksmą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suteiktą</w:t>
      </w:r>
      <w:proofErr w:type="spellEnd"/>
      <w:r w:rsidRPr="00E52DED">
        <w:rPr>
          <w:rFonts w:cs="Times New Roman"/>
          <w:sz w:val="24"/>
          <w:szCs w:val="24"/>
        </w:rPr>
        <w:t xml:space="preserve"> paslaugą;</w:t>
      </w:r>
    </w:p>
    <w:p w14:paraId="2C9F150F" w14:textId="653952CA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10.4. s</w:t>
      </w:r>
      <w:proofErr w:type="spellStart"/>
      <w:r w:rsidRPr="00E52DED">
        <w:rPr>
          <w:rFonts w:cs="Times New Roman"/>
          <w:sz w:val="24"/>
          <w:szCs w:val="24"/>
        </w:rPr>
        <w:t>ukurti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moralinį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kitokį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įsipareigojimą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dovanotojui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6DF7B74A" w14:textId="77777777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11. </w:t>
      </w:r>
      <w:proofErr w:type="spellStart"/>
      <w:r w:rsidRPr="00E52DED">
        <w:rPr>
          <w:rFonts w:cs="Times New Roman"/>
          <w:sz w:val="24"/>
          <w:szCs w:val="24"/>
        </w:rPr>
        <w:t>Vertinant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galimybę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atsižvelgiama</w:t>
      </w:r>
      <w:proofErr w:type="spellEnd"/>
      <w:r w:rsidRPr="00E52DED">
        <w:rPr>
          <w:rFonts w:cs="Times New Roman"/>
          <w:sz w:val="24"/>
          <w:szCs w:val="24"/>
        </w:rPr>
        <w:t xml:space="preserve"> ne tik į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vertę</w:t>
      </w:r>
      <w:proofErr w:type="spellEnd"/>
      <w:r w:rsidRPr="00E52DED">
        <w:rPr>
          <w:rFonts w:cs="Times New Roman"/>
          <w:sz w:val="24"/>
          <w:szCs w:val="24"/>
        </w:rPr>
        <w:t xml:space="preserve">, bet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į </w:t>
      </w:r>
      <w:proofErr w:type="spellStart"/>
      <w:r w:rsidRPr="00E52DED">
        <w:rPr>
          <w:rFonts w:cs="Times New Roman"/>
          <w:sz w:val="24"/>
          <w:szCs w:val="24"/>
        </w:rPr>
        <w:t>dovanojimo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tikslą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aplinkybes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dažnumą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dovanotojo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ryšį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atliekamomis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funkcijomis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dovanojimo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laiką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tai,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galėtų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objektyvaus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trečiojo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533F7FBA" w14:textId="77777777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12. </w:t>
      </w:r>
      <w:proofErr w:type="spellStart"/>
      <w:r w:rsidRPr="00E52DED">
        <w:rPr>
          <w:rFonts w:cs="Times New Roman"/>
          <w:sz w:val="24"/>
          <w:szCs w:val="24"/>
        </w:rPr>
        <w:t>Nedidelė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savaime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nėra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pagrindas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priimti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4613E780" w14:textId="77777777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13.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kyla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abejonių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nepriima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jau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nenaudoja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kreipiasi</w:t>
      </w:r>
      <w:proofErr w:type="spellEnd"/>
      <w:r w:rsidRPr="00E52DED">
        <w:rPr>
          <w:rFonts w:cs="Times New Roman"/>
          <w:sz w:val="24"/>
          <w:szCs w:val="24"/>
        </w:rPr>
        <w:t xml:space="preserve"> į </w:t>
      </w:r>
      <w:proofErr w:type="spellStart"/>
      <w:r w:rsidRPr="00E52DED">
        <w:rPr>
          <w:rFonts w:cs="Times New Roman"/>
          <w:sz w:val="24"/>
          <w:szCs w:val="24"/>
        </w:rPr>
        <w:t>atsakingą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Komisiją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1BC65424" w14:textId="77777777" w:rsidR="00394640" w:rsidRDefault="00394640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04A4E6AE" w14:textId="6B00E10B" w:rsidR="003E66CB" w:rsidRPr="00E52DED" w:rsidRDefault="00C77B29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III SKYRIUS</w:t>
      </w:r>
    </w:p>
    <w:p w14:paraId="45325822" w14:textId="77777777" w:rsidR="003E66CB" w:rsidRDefault="00C77B29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LEIDŽIAMI DĖMESIO ŽENKLAI, DOVANOS IR PASLAUGOS</w:t>
      </w:r>
    </w:p>
    <w:p w14:paraId="33A89C6A" w14:textId="77777777" w:rsidR="00394640" w:rsidRPr="00E52DED" w:rsidRDefault="00394640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4B37DE9F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14.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nėra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konflikto</w:t>
      </w:r>
      <w:proofErr w:type="spellEnd"/>
      <w:r w:rsidRPr="00E52DED">
        <w:rPr>
          <w:rFonts w:cs="Times New Roman"/>
          <w:sz w:val="24"/>
          <w:szCs w:val="24"/>
        </w:rPr>
        <w:t xml:space="preserve">, jo </w:t>
      </w:r>
      <w:proofErr w:type="spellStart"/>
      <w:r w:rsidRPr="00E52DED">
        <w:rPr>
          <w:rFonts w:cs="Times New Roman"/>
          <w:sz w:val="24"/>
          <w:szCs w:val="24"/>
        </w:rPr>
        <w:t>regimybės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šiame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ribojimų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priimami:</w:t>
      </w:r>
    </w:p>
    <w:p w14:paraId="2DCCCEFF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14.1. gė</w:t>
      </w:r>
      <w:proofErr w:type="spellStart"/>
      <w:r w:rsidRPr="00E52DED">
        <w:rPr>
          <w:rFonts w:cs="Times New Roman"/>
          <w:sz w:val="24"/>
          <w:szCs w:val="24"/>
        </w:rPr>
        <w:t>lės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atvirukai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mokinių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kūrybos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padėkos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akivaizdžiai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simboliniai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dėmesio</w:t>
      </w:r>
      <w:proofErr w:type="spellEnd"/>
      <w:r w:rsidRPr="00E52DED">
        <w:rPr>
          <w:rFonts w:cs="Times New Roman"/>
          <w:sz w:val="24"/>
          <w:szCs w:val="24"/>
        </w:rPr>
        <w:t xml:space="preserve"> ženklai;</w:t>
      </w:r>
    </w:p>
    <w:p w14:paraId="167A4C9F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14.2. o</w:t>
      </w:r>
      <w:proofErr w:type="spellStart"/>
      <w:r w:rsidRPr="00E52DED">
        <w:rPr>
          <w:rFonts w:cs="Times New Roman"/>
          <w:sz w:val="24"/>
          <w:szCs w:val="24"/>
        </w:rPr>
        <w:t>ficialios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gautos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tarptautinį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protokolą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oficialias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tradicijas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reprezentacijai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laikantis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šiame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registravimo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vertinimo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perdavimo</w:t>
      </w:r>
      <w:proofErr w:type="spellEnd"/>
      <w:r w:rsidRPr="00E52DED">
        <w:rPr>
          <w:rFonts w:cs="Times New Roman"/>
          <w:sz w:val="24"/>
          <w:szCs w:val="24"/>
        </w:rPr>
        <w:t xml:space="preserve"> tvarkos;</w:t>
      </w:r>
    </w:p>
    <w:p w14:paraId="6E72DBA2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14.3. k</w:t>
      </w:r>
      <w:proofErr w:type="spellStart"/>
      <w:r w:rsidRPr="00E52DED">
        <w:rPr>
          <w:rFonts w:cs="Times New Roman"/>
          <w:sz w:val="24"/>
          <w:szCs w:val="24"/>
        </w:rPr>
        <w:t>vietimai</w:t>
      </w:r>
      <w:proofErr w:type="spellEnd"/>
      <w:r w:rsidRPr="00E52DED">
        <w:rPr>
          <w:rFonts w:cs="Times New Roman"/>
          <w:sz w:val="24"/>
          <w:szCs w:val="24"/>
        </w:rPr>
        <w:t xml:space="preserve"> į </w:t>
      </w:r>
      <w:proofErr w:type="spellStart"/>
      <w:r w:rsidRPr="00E52DED">
        <w:rPr>
          <w:rFonts w:cs="Times New Roman"/>
          <w:sz w:val="24"/>
          <w:szCs w:val="24"/>
        </w:rPr>
        <w:t>renginius</w:t>
      </w:r>
      <w:proofErr w:type="spellEnd"/>
      <w:r w:rsidRPr="00E52DED">
        <w:rPr>
          <w:rFonts w:cs="Times New Roman"/>
          <w:sz w:val="24"/>
          <w:szCs w:val="24"/>
        </w:rPr>
        <w:t xml:space="preserve">, kai </w:t>
      </w:r>
      <w:proofErr w:type="spellStart"/>
      <w:r w:rsidRPr="00E52DED">
        <w:rPr>
          <w:rFonts w:cs="Times New Roman"/>
          <w:sz w:val="24"/>
          <w:szCs w:val="24"/>
        </w:rPr>
        <w:t>renginys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yra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nemokamas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visiems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dalyviams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dalyvavimas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yra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tiesiogiai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susijęs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jo </w:t>
      </w:r>
      <w:proofErr w:type="spellStart"/>
      <w:r w:rsidRPr="00E52DED">
        <w:rPr>
          <w:rFonts w:cs="Times New Roman"/>
          <w:sz w:val="24"/>
          <w:szCs w:val="24"/>
        </w:rPr>
        <w:t>pareigų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vykdymu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oficialiu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atstovavimu</w:t>
      </w:r>
      <w:proofErr w:type="spellEnd"/>
      <w:r w:rsidRPr="00E52DED">
        <w:rPr>
          <w:rFonts w:cs="Times New Roman"/>
          <w:sz w:val="24"/>
          <w:szCs w:val="24"/>
        </w:rPr>
        <w:t xml:space="preserve"> Gimnazijai;</w:t>
      </w:r>
    </w:p>
    <w:p w14:paraId="32351CA1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14.4. s</w:t>
      </w:r>
      <w:proofErr w:type="spellStart"/>
      <w:r w:rsidRPr="00E52DED">
        <w:rPr>
          <w:rFonts w:cs="Times New Roman"/>
          <w:sz w:val="24"/>
          <w:szCs w:val="24"/>
        </w:rPr>
        <w:t>eminarai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konferencijos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kvalifikacijos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tobulinimo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renginiai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paslaugos</w:t>
      </w:r>
      <w:proofErr w:type="spellEnd"/>
      <w:r w:rsidRPr="00E52DED">
        <w:rPr>
          <w:rFonts w:cs="Times New Roman"/>
          <w:sz w:val="24"/>
          <w:szCs w:val="24"/>
        </w:rPr>
        <w:t xml:space="preserve">, kai </w:t>
      </w:r>
      <w:proofErr w:type="spellStart"/>
      <w:r w:rsidRPr="00E52DED">
        <w:rPr>
          <w:rFonts w:cs="Times New Roman"/>
          <w:sz w:val="24"/>
          <w:szCs w:val="24"/>
        </w:rPr>
        <w:t>jomis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naudojamasi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tarnybiniais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tikslais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dalyvavimas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suderintas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Gimnazija;</w:t>
      </w:r>
    </w:p>
    <w:p w14:paraId="6CCB1F98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lastRenderedPageBreak/>
        <w:t xml:space="preserve">14.5. </w:t>
      </w:r>
      <w:proofErr w:type="spellStart"/>
      <w:r w:rsidRPr="00E52DED">
        <w:rPr>
          <w:rFonts w:cs="Times New Roman"/>
          <w:sz w:val="24"/>
          <w:szCs w:val="24"/>
        </w:rPr>
        <w:t>įprastas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vaišingumas</w:t>
      </w:r>
      <w:proofErr w:type="spellEnd"/>
      <w:r w:rsidRPr="00E52DED">
        <w:rPr>
          <w:rFonts w:cs="Times New Roman"/>
          <w:sz w:val="24"/>
          <w:szCs w:val="24"/>
        </w:rPr>
        <w:t xml:space="preserve"> – kava, </w:t>
      </w:r>
      <w:proofErr w:type="spellStart"/>
      <w:r w:rsidRPr="00E52DED">
        <w:rPr>
          <w:rFonts w:cs="Times New Roman"/>
          <w:sz w:val="24"/>
          <w:szCs w:val="24"/>
        </w:rPr>
        <w:t>arbata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gaivieji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gėrimai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užkandžiai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darbo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pietūs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panašios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vaišės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oficialaus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susitikimo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renginio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vizito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bendradarbiavimo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metu</w:t>
      </w:r>
      <w:proofErr w:type="spellEnd"/>
      <w:r w:rsidRPr="00E52DED">
        <w:rPr>
          <w:rFonts w:cs="Times New Roman"/>
          <w:sz w:val="24"/>
          <w:szCs w:val="24"/>
        </w:rPr>
        <w:t xml:space="preserve">, kai tai </w:t>
      </w:r>
      <w:proofErr w:type="spellStart"/>
      <w:r w:rsidRPr="00E52DED">
        <w:rPr>
          <w:rFonts w:cs="Times New Roman"/>
          <w:sz w:val="24"/>
          <w:szCs w:val="24"/>
        </w:rPr>
        <w:t>yra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įprasta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renginio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dalis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tiesiogiai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susijusi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atstovavimo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tikslais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nesukelia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konflikto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jo regimybės.</w:t>
      </w:r>
    </w:p>
    <w:p w14:paraId="38B74E49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15. M</w:t>
      </w:r>
      <w:proofErr w:type="spellStart"/>
      <w:r w:rsidRPr="00E52DED">
        <w:rPr>
          <w:rFonts w:cs="Times New Roman"/>
          <w:sz w:val="24"/>
          <w:szCs w:val="24"/>
        </w:rPr>
        <w:t>aterialios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individualios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iš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konkretaus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mokinio</w:t>
      </w:r>
      <w:proofErr w:type="spellEnd"/>
      <w:r w:rsidRPr="00E52DED">
        <w:rPr>
          <w:rFonts w:cs="Times New Roman"/>
          <w:sz w:val="24"/>
          <w:szCs w:val="24"/>
        </w:rPr>
        <w:t xml:space="preserve">, jo </w:t>
      </w:r>
      <w:proofErr w:type="spellStart"/>
      <w:r w:rsidRPr="00E52DED">
        <w:rPr>
          <w:rFonts w:cs="Times New Roman"/>
          <w:sz w:val="24"/>
          <w:szCs w:val="24"/>
        </w:rPr>
        <w:t>tėvų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globėjų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rūpintojų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darbuotojui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mokinį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moko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vertina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teikia</w:t>
      </w:r>
      <w:proofErr w:type="spellEnd"/>
      <w:r w:rsidRPr="00E52DED">
        <w:rPr>
          <w:rFonts w:cs="Times New Roman"/>
          <w:sz w:val="24"/>
          <w:szCs w:val="24"/>
        </w:rPr>
        <w:t xml:space="preserve"> jam </w:t>
      </w:r>
      <w:proofErr w:type="spellStart"/>
      <w:r w:rsidRPr="00E52DED">
        <w:rPr>
          <w:rFonts w:cs="Times New Roman"/>
          <w:sz w:val="24"/>
          <w:szCs w:val="24"/>
        </w:rPr>
        <w:t>švietimo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pagalbą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vykdo</w:t>
      </w:r>
      <w:proofErr w:type="spellEnd"/>
      <w:r w:rsidRPr="00E52DED">
        <w:rPr>
          <w:rFonts w:cs="Times New Roman"/>
          <w:sz w:val="24"/>
          <w:szCs w:val="24"/>
        </w:rPr>
        <w:t xml:space="preserve"> jo </w:t>
      </w:r>
      <w:proofErr w:type="spellStart"/>
      <w:r w:rsidRPr="00E52DED">
        <w:rPr>
          <w:rFonts w:cs="Times New Roman"/>
          <w:sz w:val="24"/>
          <w:szCs w:val="24"/>
        </w:rPr>
        <w:t>priežiūrą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susijusius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sprendimus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nepriimamos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nepriklausomai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piniginės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išskyrus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14.1 </w:t>
      </w:r>
      <w:proofErr w:type="spellStart"/>
      <w:r w:rsidRPr="00E52DED">
        <w:rPr>
          <w:rFonts w:cs="Times New Roman"/>
          <w:sz w:val="24"/>
          <w:szCs w:val="24"/>
        </w:rPr>
        <w:t>papunktyje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nurodytus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simbolinius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dėmesio</w:t>
      </w:r>
      <w:proofErr w:type="spellEnd"/>
      <w:r w:rsidRPr="00E52DED">
        <w:rPr>
          <w:rFonts w:cs="Times New Roman"/>
          <w:sz w:val="24"/>
          <w:szCs w:val="24"/>
        </w:rPr>
        <w:t xml:space="preserve"> ženklus.</w:t>
      </w:r>
    </w:p>
    <w:p w14:paraId="32E765D2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16. B</w:t>
      </w:r>
      <w:proofErr w:type="spellStart"/>
      <w:r w:rsidRPr="00E52DED">
        <w:rPr>
          <w:rFonts w:cs="Times New Roman"/>
          <w:sz w:val="24"/>
          <w:szCs w:val="24"/>
        </w:rPr>
        <w:t>endras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kelių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mokinių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klasės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tėvų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vardu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teikiamas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dėmesio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ženklas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savaime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nelaikomas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leistina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. Jo </w:t>
      </w:r>
      <w:proofErr w:type="spellStart"/>
      <w:r w:rsidRPr="00E52DED">
        <w:rPr>
          <w:rFonts w:cs="Times New Roman"/>
          <w:sz w:val="24"/>
          <w:szCs w:val="24"/>
        </w:rPr>
        <w:t>priimtinumui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taikomi</w:t>
      </w:r>
      <w:proofErr w:type="spellEnd"/>
      <w:r w:rsidRPr="00E52DED">
        <w:rPr>
          <w:rFonts w:cs="Times New Roman"/>
          <w:sz w:val="24"/>
          <w:szCs w:val="24"/>
        </w:rPr>
        <w:t xml:space="preserve"> tie </w:t>
      </w:r>
      <w:proofErr w:type="spellStart"/>
      <w:r w:rsidRPr="00E52DED">
        <w:rPr>
          <w:rFonts w:cs="Times New Roman"/>
          <w:sz w:val="24"/>
          <w:szCs w:val="24"/>
        </w:rPr>
        <w:t>patys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šiame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pobūdžio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simboliškumo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nešališkumo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konflikto</w:t>
      </w:r>
      <w:proofErr w:type="spellEnd"/>
      <w:r w:rsidRPr="00E52DED">
        <w:rPr>
          <w:rFonts w:cs="Times New Roman"/>
          <w:sz w:val="24"/>
          <w:szCs w:val="24"/>
        </w:rPr>
        <w:t xml:space="preserve"> kriterijai.</w:t>
      </w:r>
    </w:p>
    <w:p w14:paraId="2308EC7C" w14:textId="06B39853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17. Net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skyriaus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reikalavimus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formaliai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atitinkančios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paslaugos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atsisakoma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konkrečios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dovanojimo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aplinkybės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kelti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pagrįstų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abejonių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nešališkumo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59E48692" w14:textId="77777777" w:rsidR="00394640" w:rsidRDefault="00394640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2865154F" w14:textId="365444EA" w:rsidR="003E66CB" w:rsidRPr="00E52DED" w:rsidRDefault="00C77B29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IV SKYRIUS</w:t>
      </w:r>
    </w:p>
    <w:p w14:paraId="48EF3D62" w14:textId="77777777" w:rsidR="003E66CB" w:rsidRDefault="00C77B29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DEKLARUOJANTIEMS ASMENIMS TAIKOMA 150 EURŲ TAISYKLĖ</w:t>
      </w:r>
    </w:p>
    <w:p w14:paraId="79C34EBA" w14:textId="77777777" w:rsidR="00394640" w:rsidRDefault="00394640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1D12AF99" w14:textId="77777777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18. </w:t>
      </w:r>
      <w:proofErr w:type="spellStart"/>
      <w:r w:rsidRPr="00E52DED">
        <w:rPr>
          <w:rFonts w:cs="Times New Roman"/>
          <w:sz w:val="24"/>
          <w:szCs w:val="24"/>
        </w:rPr>
        <w:t>Deklaruojančiam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jam </w:t>
      </w:r>
      <w:proofErr w:type="spellStart"/>
      <w:r w:rsidRPr="00E52DED">
        <w:rPr>
          <w:rFonts w:cs="Times New Roman"/>
          <w:sz w:val="24"/>
          <w:szCs w:val="24"/>
        </w:rPr>
        <w:t>artimam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draudžiama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paslaugas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tai </w:t>
      </w:r>
      <w:proofErr w:type="spellStart"/>
      <w:r w:rsidRPr="00E52DED">
        <w:rPr>
          <w:rFonts w:cs="Times New Roman"/>
          <w:sz w:val="24"/>
          <w:szCs w:val="24"/>
        </w:rPr>
        <w:t>susiję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deklaruojančio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tarnybine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padėtimi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tarnybinėmis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pareigomis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išskyrus</w:t>
      </w:r>
      <w:proofErr w:type="spellEnd"/>
      <w:r w:rsidRPr="00E52DED">
        <w:rPr>
          <w:rFonts w:cs="Times New Roman"/>
          <w:sz w:val="24"/>
          <w:szCs w:val="24"/>
        </w:rPr>
        <w:t xml:space="preserve">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viešųjų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privačių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derinimo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atvejus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69BBB236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19.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viešųjų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privačių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derinimo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draudimas</w:t>
      </w:r>
      <w:proofErr w:type="spellEnd"/>
      <w:r w:rsidRPr="00E52DED">
        <w:rPr>
          <w:rFonts w:cs="Times New Roman"/>
          <w:sz w:val="24"/>
          <w:szCs w:val="24"/>
        </w:rPr>
        <w:t xml:space="preserve"> netaikomas:</w:t>
      </w:r>
    </w:p>
    <w:p w14:paraId="07B7EC67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19.1. d</w:t>
      </w:r>
      <w:proofErr w:type="spellStart"/>
      <w:r w:rsidRPr="00E52DED">
        <w:rPr>
          <w:rFonts w:cs="Times New Roman"/>
          <w:sz w:val="24"/>
          <w:szCs w:val="24"/>
        </w:rPr>
        <w:t>ovanoms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neviršija</w:t>
      </w:r>
      <w:proofErr w:type="spellEnd"/>
      <w:r w:rsidRPr="00E52DED">
        <w:rPr>
          <w:rFonts w:cs="Times New Roman"/>
          <w:sz w:val="24"/>
          <w:szCs w:val="24"/>
        </w:rPr>
        <w:t xml:space="preserve"> 150 </w:t>
      </w:r>
      <w:proofErr w:type="spellStart"/>
      <w:r w:rsidRPr="00E52DED">
        <w:rPr>
          <w:rFonts w:cs="Times New Roman"/>
          <w:sz w:val="24"/>
          <w:szCs w:val="24"/>
        </w:rPr>
        <w:t>Eur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kurios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tarptautinį</w:t>
      </w:r>
      <w:proofErr w:type="spellEnd"/>
      <w:r w:rsidRPr="00E52DED">
        <w:rPr>
          <w:rFonts w:cs="Times New Roman"/>
          <w:sz w:val="24"/>
          <w:szCs w:val="24"/>
        </w:rPr>
        <w:t xml:space="preserve"> protokolą;</w:t>
      </w:r>
    </w:p>
    <w:p w14:paraId="7A1ED2CE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19.2. d</w:t>
      </w:r>
      <w:proofErr w:type="spellStart"/>
      <w:r w:rsidRPr="00E52DED">
        <w:rPr>
          <w:rFonts w:cs="Times New Roman"/>
          <w:sz w:val="24"/>
          <w:szCs w:val="24"/>
        </w:rPr>
        <w:t>ovanoms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neviršija</w:t>
      </w:r>
      <w:proofErr w:type="spellEnd"/>
      <w:r w:rsidRPr="00E52DED">
        <w:rPr>
          <w:rFonts w:cs="Times New Roman"/>
          <w:sz w:val="24"/>
          <w:szCs w:val="24"/>
        </w:rPr>
        <w:t xml:space="preserve"> 150 </w:t>
      </w:r>
      <w:proofErr w:type="spellStart"/>
      <w:r w:rsidRPr="00E52DED">
        <w:rPr>
          <w:rFonts w:cs="Times New Roman"/>
          <w:sz w:val="24"/>
          <w:szCs w:val="24"/>
        </w:rPr>
        <w:t>Eur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kurios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tradicijas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įprastai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susijusias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deklaruojančio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tarnybinėmis</w:t>
      </w:r>
      <w:proofErr w:type="spellEnd"/>
      <w:r w:rsidRPr="00E52DED">
        <w:rPr>
          <w:rFonts w:cs="Times New Roman"/>
          <w:sz w:val="24"/>
          <w:szCs w:val="24"/>
        </w:rPr>
        <w:t xml:space="preserve"> pareigomis;</w:t>
      </w:r>
    </w:p>
    <w:p w14:paraId="72D97A4E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19.3. r</w:t>
      </w:r>
      <w:proofErr w:type="spellStart"/>
      <w:r w:rsidRPr="00E52DED">
        <w:rPr>
          <w:rFonts w:cs="Times New Roman"/>
          <w:sz w:val="24"/>
          <w:szCs w:val="24"/>
        </w:rPr>
        <w:t>eprezentacijai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skirtoms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valstybės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savivaldybės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įstaigos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kitokia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simbolika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neviršija</w:t>
      </w:r>
      <w:proofErr w:type="spellEnd"/>
      <w:r w:rsidRPr="00E52DED">
        <w:rPr>
          <w:rFonts w:cs="Times New Roman"/>
          <w:sz w:val="24"/>
          <w:szCs w:val="24"/>
        </w:rPr>
        <w:t xml:space="preserve"> 150 Eur;</w:t>
      </w:r>
    </w:p>
    <w:p w14:paraId="518904F1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19.4. p</w:t>
      </w:r>
      <w:proofErr w:type="spellStart"/>
      <w:r w:rsidRPr="00E52DED">
        <w:rPr>
          <w:rFonts w:cs="Times New Roman"/>
          <w:sz w:val="24"/>
          <w:szCs w:val="24"/>
        </w:rPr>
        <w:t>aslaugoms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naudojamasi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tarnybiniais</w:t>
      </w:r>
      <w:proofErr w:type="spellEnd"/>
      <w:r w:rsidRPr="00E52DED">
        <w:rPr>
          <w:rFonts w:cs="Times New Roman"/>
          <w:sz w:val="24"/>
          <w:szCs w:val="24"/>
        </w:rPr>
        <w:t xml:space="preserve"> tikslais.</w:t>
      </w:r>
    </w:p>
    <w:p w14:paraId="2ED46C94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20. Š</w:t>
      </w:r>
      <w:proofErr w:type="spellStart"/>
      <w:r w:rsidRPr="00E52DED">
        <w:rPr>
          <w:rFonts w:cs="Times New Roman"/>
          <w:sz w:val="24"/>
          <w:szCs w:val="24"/>
        </w:rPr>
        <w:t>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19 </w:t>
      </w:r>
      <w:proofErr w:type="spellStart"/>
      <w:r w:rsidRPr="00E52DED">
        <w:rPr>
          <w:rFonts w:cs="Times New Roman"/>
          <w:sz w:val="24"/>
          <w:szCs w:val="24"/>
        </w:rPr>
        <w:t>punkte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nurodyta</w:t>
      </w:r>
      <w:proofErr w:type="spellEnd"/>
      <w:r w:rsidRPr="00E52DED">
        <w:rPr>
          <w:rFonts w:cs="Times New Roman"/>
          <w:sz w:val="24"/>
          <w:szCs w:val="24"/>
        </w:rPr>
        <w:t xml:space="preserve"> 150 </w:t>
      </w:r>
      <w:proofErr w:type="spellStart"/>
      <w:r w:rsidRPr="00E52DED">
        <w:rPr>
          <w:rFonts w:cs="Times New Roman"/>
          <w:sz w:val="24"/>
          <w:szCs w:val="24"/>
        </w:rPr>
        <w:t>Eur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nėra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bendra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leidžiamos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riba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aiškinama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leidimas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iš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mokinio</w:t>
      </w:r>
      <w:proofErr w:type="spellEnd"/>
      <w:r w:rsidRPr="00E52DED">
        <w:rPr>
          <w:rFonts w:cs="Times New Roman"/>
          <w:sz w:val="24"/>
          <w:szCs w:val="24"/>
        </w:rPr>
        <w:t xml:space="preserve">, jo </w:t>
      </w:r>
      <w:proofErr w:type="spellStart"/>
      <w:r w:rsidRPr="00E52DED">
        <w:rPr>
          <w:rFonts w:cs="Times New Roman"/>
          <w:sz w:val="24"/>
          <w:szCs w:val="24"/>
        </w:rPr>
        <w:t>tėvų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tiekėjo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rangovo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paslaugų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teikėjo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funkcijomis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susijusio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priimti</w:t>
      </w:r>
      <w:proofErr w:type="spellEnd"/>
      <w:r w:rsidRPr="00E52DED">
        <w:rPr>
          <w:rFonts w:cs="Times New Roman"/>
          <w:sz w:val="24"/>
          <w:szCs w:val="24"/>
        </w:rPr>
        <w:t xml:space="preserve"> bet </w:t>
      </w:r>
      <w:proofErr w:type="spellStart"/>
      <w:r w:rsidRPr="00E52DED">
        <w:rPr>
          <w:rFonts w:cs="Times New Roman"/>
          <w:sz w:val="24"/>
          <w:szCs w:val="24"/>
        </w:rPr>
        <w:t>kokią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iki</w:t>
      </w:r>
      <w:proofErr w:type="spellEnd"/>
      <w:r w:rsidRPr="00E52DED">
        <w:rPr>
          <w:rFonts w:cs="Times New Roman"/>
          <w:sz w:val="24"/>
          <w:szCs w:val="24"/>
        </w:rPr>
        <w:t xml:space="preserve"> 150 </w:t>
      </w:r>
      <w:proofErr w:type="spellStart"/>
      <w:r w:rsidRPr="00E52DED">
        <w:rPr>
          <w:rFonts w:cs="Times New Roman"/>
          <w:sz w:val="24"/>
          <w:szCs w:val="24"/>
        </w:rPr>
        <w:t>Eur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vertės</w:t>
      </w:r>
      <w:proofErr w:type="spellEnd"/>
      <w:r w:rsidRPr="00E52DED">
        <w:rPr>
          <w:rFonts w:cs="Times New Roman"/>
          <w:sz w:val="24"/>
          <w:szCs w:val="24"/>
        </w:rPr>
        <w:t xml:space="preserve"> dovaną.</w:t>
      </w:r>
    </w:p>
    <w:p w14:paraId="3EFA9674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21. G</w:t>
      </w:r>
      <w:proofErr w:type="spellStart"/>
      <w:r w:rsidRPr="00E52DED">
        <w:rPr>
          <w:rFonts w:cs="Times New Roman"/>
          <w:sz w:val="24"/>
          <w:szCs w:val="24"/>
        </w:rPr>
        <w:t>imnazijoje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nustatoma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griežtesnė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vidaus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politika</w:t>
      </w:r>
      <w:proofErr w:type="spellEnd"/>
      <w:r w:rsidRPr="00E52DED">
        <w:rPr>
          <w:rFonts w:cs="Times New Roman"/>
          <w:sz w:val="24"/>
          <w:szCs w:val="24"/>
        </w:rPr>
        <w:t xml:space="preserve">: </w:t>
      </w:r>
      <w:proofErr w:type="spellStart"/>
      <w:r w:rsidRPr="00E52DED">
        <w:rPr>
          <w:rFonts w:cs="Times New Roman"/>
          <w:sz w:val="24"/>
          <w:szCs w:val="24"/>
        </w:rPr>
        <w:t>deklaruojančio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19.1–19.3 </w:t>
      </w:r>
      <w:proofErr w:type="spellStart"/>
      <w:r w:rsidRPr="00E52DED">
        <w:rPr>
          <w:rFonts w:cs="Times New Roman"/>
          <w:sz w:val="24"/>
          <w:szCs w:val="24"/>
        </w:rPr>
        <w:t>papunkčius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teisėtai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materialinė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nėra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simbolinis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dėmesio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ženklas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registruojama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vidaus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perduodama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Komisijai</w:t>
      </w:r>
      <w:proofErr w:type="spellEnd"/>
      <w:r w:rsidRPr="00E52DED">
        <w:rPr>
          <w:rFonts w:cs="Times New Roman"/>
          <w:sz w:val="24"/>
          <w:szCs w:val="24"/>
        </w:rPr>
        <w:t xml:space="preserve">. </w:t>
      </w:r>
      <w:proofErr w:type="spellStart"/>
      <w:r w:rsidRPr="00E52DED">
        <w:rPr>
          <w:rFonts w:cs="Times New Roman"/>
          <w:sz w:val="24"/>
          <w:szCs w:val="24"/>
        </w:rPr>
        <w:t>Komisija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atsižvelgdama</w:t>
      </w:r>
      <w:proofErr w:type="spellEnd"/>
      <w:r w:rsidRPr="00E52DED">
        <w:rPr>
          <w:rFonts w:cs="Times New Roman"/>
          <w:sz w:val="24"/>
          <w:szCs w:val="24"/>
        </w:rPr>
        <w:t xml:space="preserve"> į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pobūdį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vertę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gavimo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aplinkybes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priima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motyvuotą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grąžinimo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dovanotojui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perdavimo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kitokio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sutvarkymo</w:t>
      </w:r>
      <w:proofErr w:type="spellEnd"/>
      <w:r w:rsidRPr="00E52DED">
        <w:rPr>
          <w:rFonts w:cs="Times New Roman"/>
          <w:sz w:val="24"/>
          <w:szCs w:val="24"/>
        </w:rPr>
        <w:t xml:space="preserve">. </w:t>
      </w:r>
      <w:proofErr w:type="spellStart"/>
      <w:r w:rsidRPr="00E52DED">
        <w:rPr>
          <w:rFonts w:cs="Times New Roman"/>
          <w:sz w:val="24"/>
          <w:szCs w:val="24"/>
        </w:rPr>
        <w:t>Tokia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asmeniniam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naudojimui</w:t>
      </w:r>
      <w:proofErr w:type="spellEnd"/>
      <w:r w:rsidRPr="00E52DED">
        <w:rPr>
          <w:rFonts w:cs="Times New Roman"/>
          <w:sz w:val="24"/>
          <w:szCs w:val="24"/>
        </w:rPr>
        <w:t xml:space="preserve"> nepasiliekama.</w:t>
      </w:r>
    </w:p>
    <w:p w14:paraId="655BBA5B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22. J</w:t>
      </w:r>
      <w:proofErr w:type="spellStart"/>
      <w:r w:rsidRPr="00E52DED">
        <w:rPr>
          <w:rFonts w:cs="Times New Roman"/>
          <w:sz w:val="24"/>
          <w:szCs w:val="24"/>
        </w:rPr>
        <w:t>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19.1–19.3 </w:t>
      </w:r>
      <w:proofErr w:type="spellStart"/>
      <w:r w:rsidRPr="00E52DED">
        <w:rPr>
          <w:rFonts w:cs="Times New Roman"/>
          <w:sz w:val="24"/>
          <w:szCs w:val="24"/>
        </w:rPr>
        <w:t>papunkčiuose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nurodytos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viršija</w:t>
      </w:r>
      <w:proofErr w:type="spellEnd"/>
      <w:r w:rsidRPr="00E52DED">
        <w:rPr>
          <w:rFonts w:cs="Times New Roman"/>
          <w:sz w:val="24"/>
          <w:szCs w:val="24"/>
        </w:rPr>
        <w:t xml:space="preserve"> 150 </w:t>
      </w:r>
      <w:proofErr w:type="spellStart"/>
      <w:r w:rsidRPr="00E52DED">
        <w:rPr>
          <w:rFonts w:cs="Times New Roman"/>
          <w:sz w:val="24"/>
          <w:szCs w:val="24"/>
        </w:rPr>
        <w:t>Eur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tokia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viešųjų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privačių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derinimo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laikoma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valstybės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savivaldybės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nuosavybe</w:t>
      </w:r>
      <w:proofErr w:type="spellEnd"/>
      <w:r w:rsidRPr="00E52DED">
        <w:rPr>
          <w:rFonts w:cs="Times New Roman"/>
          <w:sz w:val="24"/>
          <w:szCs w:val="24"/>
        </w:rPr>
        <w:t xml:space="preserve">.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atveju</w:t>
      </w:r>
      <w:proofErr w:type="spellEnd"/>
      <w:r w:rsidRPr="00E52DED">
        <w:rPr>
          <w:rFonts w:cs="Times New Roman"/>
          <w:sz w:val="24"/>
          <w:szCs w:val="24"/>
        </w:rPr>
        <w:t xml:space="preserve"> ji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perduodama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apskaityti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savivaldybės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turtas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naudojama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veiklos</w:t>
      </w:r>
      <w:proofErr w:type="spellEnd"/>
      <w:r w:rsidRPr="00E52DED">
        <w:rPr>
          <w:rFonts w:cs="Times New Roman"/>
          <w:sz w:val="24"/>
          <w:szCs w:val="24"/>
        </w:rPr>
        <w:t xml:space="preserve"> reikmėms.</w:t>
      </w:r>
    </w:p>
    <w:p w14:paraId="13A836DA" w14:textId="509E5625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23. Š</w:t>
      </w:r>
      <w:proofErr w:type="spellStart"/>
      <w:r w:rsidRPr="00E52DED">
        <w:rPr>
          <w:rFonts w:cs="Times New Roman"/>
          <w:sz w:val="24"/>
          <w:szCs w:val="24"/>
        </w:rPr>
        <w:t>iame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skyriuje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ribojimas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apeinamas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pareigomis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susijusią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nukreipiant</w:t>
      </w:r>
      <w:proofErr w:type="spellEnd"/>
      <w:r w:rsidRPr="00E52DED">
        <w:rPr>
          <w:rFonts w:cs="Times New Roman"/>
          <w:sz w:val="24"/>
          <w:szCs w:val="24"/>
        </w:rPr>
        <w:t xml:space="preserve"> jo </w:t>
      </w:r>
      <w:proofErr w:type="spellStart"/>
      <w:r w:rsidRPr="00E52DED">
        <w:rPr>
          <w:rFonts w:cs="Times New Roman"/>
          <w:sz w:val="24"/>
          <w:szCs w:val="24"/>
        </w:rPr>
        <w:t>artimam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asmeniui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0F0C51B5" w14:textId="77777777" w:rsidR="00394640" w:rsidRDefault="00394640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374CF507" w14:textId="6C7CE93A" w:rsidR="003E66CB" w:rsidRPr="00E52DED" w:rsidRDefault="00C77B29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V SKYRIUS</w:t>
      </w:r>
    </w:p>
    <w:p w14:paraId="1E60F15A" w14:textId="77777777" w:rsidR="003E66CB" w:rsidRDefault="00C77B29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NETOLERUOTINOS DOVANOS</w:t>
      </w:r>
    </w:p>
    <w:p w14:paraId="30A211E0" w14:textId="77777777" w:rsidR="00394640" w:rsidRPr="00E52DED" w:rsidRDefault="00394640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3BE15261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24.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darbuotojams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draudžiama</w:t>
      </w:r>
      <w:proofErr w:type="spellEnd"/>
      <w:r w:rsidRPr="00E52DED">
        <w:rPr>
          <w:rFonts w:cs="Times New Roman"/>
          <w:sz w:val="24"/>
          <w:szCs w:val="24"/>
        </w:rPr>
        <w:t xml:space="preserve"> priimti:</w:t>
      </w:r>
    </w:p>
    <w:p w14:paraId="0159117A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24.1. g</w:t>
      </w:r>
      <w:proofErr w:type="spellStart"/>
      <w:r w:rsidRPr="00E52DED">
        <w:rPr>
          <w:rFonts w:cs="Times New Roman"/>
          <w:sz w:val="24"/>
          <w:szCs w:val="24"/>
        </w:rPr>
        <w:t>rynuosius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pinigus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pavedimus</w:t>
      </w:r>
      <w:proofErr w:type="spellEnd"/>
      <w:r w:rsidRPr="00E52DED">
        <w:rPr>
          <w:rFonts w:cs="Times New Roman"/>
          <w:sz w:val="24"/>
          <w:szCs w:val="24"/>
        </w:rPr>
        <w:t xml:space="preserve"> į </w:t>
      </w:r>
      <w:proofErr w:type="spellStart"/>
      <w:r w:rsidRPr="00E52DED">
        <w:rPr>
          <w:rFonts w:cs="Times New Roman"/>
          <w:sz w:val="24"/>
          <w:szCs w:val="24"/>
        </w:rPr>
        <w:t>asmeninę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sąskaitą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čekius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korteles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kuponus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vertybinius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popierius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pinigams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prilyginamą</w:t>
      </w:r>
      <w:proofErr w:type="spellEnd"/>
      <w:r w:rsidRPr="00E52DED">
        <w:rPr>
          <w:rFonts w:cs="Times New Roman"/>
          <w:sz w:val="24"/>
          <w:szCs w:val="24"/>
        </w:rPr>
        <w:t xml:space="preserve"> naudą;</w:t>
      </w:r>
    </w:p>
    <w:p w14:paraId="7F3A22E9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lastRenderedPageBreak/>
        <w:t>24.2. a</w:t>
      </w:r>
      <w:proofErr w:type="spellStart"/>
      <w:r w:rsidRPr="00E52DED">
        <w:rPr>
          <w:rFonts w:cs="Times New Roman"/>
          <w:sz w:val="24"/>
          <w:szCs w:val="24"/>
        </w:rPr>
        <w:t>lkoholinius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gėrimus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tabako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nikotino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gaminius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aktuose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ribojamus</w:t>
      </w:r>
      <w:proofErr w:type="spellEnd"/>
      <w:r w:rsidRPr="00E52DED">
        <w:rPr>
          <w:rFonts w:cs="Times New Roman"/>
          <w:sz w:val="24"/>
          <w:szCs w:val="24"/>
        </w:rPr>
        <w:t xml:space="preserve"> gaminius;</w:t>
      </w:r>
    </w:p>
    <w:p w14:paraId="3EF498E4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24.3. a</w:t>
      </w:r>
      <w:proofErr w:type="spellStart"/>
      <w:r w:rsidRPr="00E52DED">
        <w:rPr>
          <w:rFonts w:cs="Times New Roman"/>
          <w:sz w:val="24"/>
          <w:szCs w:val="24"/>
        </w:rPr>
        <w:t>smeniniam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naudojimui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skirtas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nemokamas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keliones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apgyvendinimą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transportą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maitinimą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pramogas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mokymus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paslaugas</w:t>
      </w:r>
      <w:proofErr w:type="spellEnd"/>
      <w:r w:rsidRPr="00E52DED">
        <w:rPr>
          <w:rFonts w:cs="Times New Roman"/>
          <w:sz w:val="24"/>
          <w:szCs w:val="24"/>
        </w:rPr>
        <w:t xml:space="preserve">, kai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nepatenka</w:t>
      </w:r>
      <w:proofErr w:type="spellEnd"/>
      <w:r w:rsidRPr="00E52DED">
        <w:rPr>
          <w:rFonts w:cs="Times New Roman"/>
          <w:sz w:val="24"/>
          <w:szCs w:val="24"/>
        </w:rPr>
        <w:t xml:space="preserve"> į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14 </w:t>
      </w:r>
      <w:proofErr w:type="spellStart"/>
      <w:r w:rsidRPr="00E52DED">
        <w:rPr>
          <w:rFonts w:cs="Times New Roman"/>
          <w:sz w:val="24"/>
          <w:szCs w:val="24"/>
        </w:rPr>
        <w:t>punkte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nustatytas</w:t>
      </w:r>
      <w:proofErr w:type="spellEnd"/>
      <w:r w:rsidRPr="00E52DED">
        <w:rPr>
          <w:rFonts w:cs="Times New Roman"/>
          <w:sz w:val="24"/>
          <w:szCs w:val="24"/>
        </w:rPr>
        <w:t xml:space="preserve"> išimtis;</w:t>
      </w:r>
    </w:p>
    <w:p w14:paraId="65D4CC5F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24.4. i</w:t>
      </w:r>
      <w:proofErr w:type="spellStart"/>
      <w:r w:rsidRPr="00E52DED">
        <w:rPr>
          <w:rFonts w:cs="Times New Roman"/>
          <w:sz w:val="24"/>
          <w:szCs w:val="24"/>
        </w:rPr>
        <w:t>šskirtines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visuotinai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neprieinamas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nuolaidas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lengvatas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paskolas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privilegijas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narystes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ekonominę</w:t>
      </w:r>
      <w:proofErr w:type="spellEnd"/>
      <w:r w:rsidRPr="00E52DED">
        <w:rPr>
          <w:rFonts w:cs="Times New Roman"/>
          <w:sz w:val="24"/>
          <w:szCs w:val="24"/>
        </w:rPr>
        <w:t xml:space="preserve"> naudą;</w:t>
      </w:r>
    </w:p>
    <w:p w14:paraId="144A41AC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24.5. d</w:t>
      </w:r>
      <w:proofErr w:type="spellStart"/>
      <w:r w:rsidRPr="00E52DED">
        <w:rPr>
          <w:rFonts w:cs="Times New Roman"/>
          <w:sz w:val="24"/>
          <w:szCs w:val="24"/>
        </w:rPr>
        <w:t>ovanas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asmeninių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šeimos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religinių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švenčių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proga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iš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mokinių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tėvų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globėjų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rūpintojų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tiekėjų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rangovų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paslaugų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teikėjų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asmenų</w:t>
      </w:r>
      <w:proofErr w:type="spellEnd"/>
      <w:r w:rsidRPr="00E52DED">
        <w:rPr>
          <w:rFonts w:cs="Times New Roman"/>
          <w:sz w:val="24"/>
          <w:szCs w:val="24"/>
        </w:rPr>
        <w:t xml:space="preserve">, kai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yra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susijusi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atliekamomis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funkcijomis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profesiniais</w:t>
      </w:r>
      <w:proofErr w:type="spellEnd"/>
      <w:r w:rsidRPr="00E52DED">
        <w:rPr>
          <w:rFonts w:cs="Times New Roman"/>
          <w:sz w:val="24"/>
          <w:szCs w:val="24"/>
        </w:rPr>
        <w:t xml:space="preserve"> santykiais;</w:t>
      </w:r>
    </w:p>
    <w:p w14:paraId="4871EFB0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24.6. d</w:t>
      </w:r>
      <w:proofErr w:type="spellStart"/>
      <w:r w:rsidRPr="00E52DED">
        <w:rPr>
          <w:rFonts w:cs="Times New Roman"/>
          <w:sz w:val="24"/>
          <w:szCs w:val="24"/>
        </w:rPr>
        <w:t>ovanas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iš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esamų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potencialių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viešųjų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pirkimų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dalyvių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tiekėjų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rangovų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paslaugų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teikėjų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atžvilgiu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vykdo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vykdyti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pirkimo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sutarties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vykdymo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priežiūros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kontrolės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vertinimo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priėmimo</w:t>
      </w:r>
      <w:proofErr w:type="spellEnd"/>
      <w:r w:rsidRPr="00E52DED">
        <w:rPr>
          <w:rFonts w:cs="Times New Roman"/>
          <w:sz w:val="24"/>
          <w:szCs w:val="24"/>
        </w:rPr>
        <w:t xml:space="preserve"> funkcijas;</w:t>
      </w:r>
    </w:p>
    <w:p w14:paraId="5067A0AF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24.7. d</w:t>
      </w:r>
      <w:proofErr w:type="spellStart"/>
      <w:r w:rsidRPr="00E52DED">
        <w:rPr>
          <w:rFonts w:cs="Times New Roman"/>
          <w:sz w:val="24"/>
          <w:szCs w:val="24"/>
        </w:rPr>
        <w:t>ovanas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prieš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priimant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mokinio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pasiekimų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perkėlimo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ugdymo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organizavimo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pagalbos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teikimo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drausminės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priemonės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skundo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prašymo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dovanotojui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reikšmingo</w:t>
      </w:r>
      <w:proofErr w:type="spellEnd"/>
      <w:r w:rsidRPr="00E52DED">
        <w:rPr>
          <w:rFonts w:cs="Times New Roman"/>
          <w:sz w:val="24"/>
          <w:szCs w:val="24"/>
        </w:rPr>
        <w:t xml:space="preserve"> klausimo;</w:t>
      </w:r>
    </w:p>
    <w:p w14:paraId="26D6B2E0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24.8. d</w:t>
      </w:r>
      <w:proofErr w:type="spellStart"/>
      <w:r w:rsidRPr="00E52DED">
        <w:rPr>
          <w:rFonts w:cs="Times New Roman"/>
          <w:sz w:val="24"/>
          <w:szCs w:val="24"/>
        </w:rPr>
        <w:t>ovanas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teikiamas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padėką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atlygį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už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konkretų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jau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atliktą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veiksmą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suteiktą</w:t>
      </w:r>
      <w:proofErr w:type="spellEnd"/>
      <w:r w:rsidRPr="00E52DED">
        <w:rPr>
          <w:rFonts w:cs="Times New Roman"/>
          <w:sz w:val="24"/>
          <w:szCs w:val="24"/>
        </w:rPr>
        <w:t xml:space="preserve"> paslaugą;</w:t>
      </w:r>
    </w:p>
    <w:p w14:paraId="4CDBBFD4" w14:textId="77777777" w:rsidR="00394640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24.9. da</w:t>
      </w:r>
      <w:proofErr w:type="spellStart"/>
      <w:r w:rsidRPr="00E52DED">
        <w:rPr>
          <w:rFonts w:cs="Times New Roman"/>
          <w:sz w:val="24"/>
          <w:szCs w:val="24"/>
        </w:rPr>
        <w:t>žnai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periodiškai</w:t>
      </w:r>
      <w:proofErr w:type="spellEnd"/>
      <w:r w:rsidRPr="00E52DED">
        <w:rPr>
          <w:rFonts w:cs="Times New Roman"/>
          <w:sz w:val="24"/>
          <w:szCs w:val="24"/>
        </w:rPr>
        <w:t xml:space="preserve"> to </w:t>
      </w:r>
      <w:proofErr w:type="spellStart"/>
      <w:r w:rsidRPr="00E52DED">
        <w:rPr>
          <w:rFonts w:cs="Times New Roman"/>
          <w:sz w:val="24"/>
          <w:szCs w:val="24"/>
        </w:rPr>
        <w:t>paties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susijusių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teikiamas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naudą</w:t>
      </w:r>
      <w:proofErr w:type="spellEnd"/>
      <w:r w:rsidRPr="00E52DED">
        <w:rPr>
          <w:rFonts w:cs="Times New Roman"/>
          <w:sz w:val="24"/>
          <w:szCs w:val="24"/>
        </w:rPr>
        <w:t xml:space="preserve">, net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kiekviena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atskira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yra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mažos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vertės</w:t>
      </w:r>
      <w:proofErr w:type="spellEnd"/>
      <w:r w:rsidRPr="00E52DED">
        <w:rPr>
          <w:rFonts w:cs="Times New Roman"/>
          <w:sz w:val="24"/>
          <w:szCs w:val="24"/>
        </w:rPr>
        <w:t xml:space="preserve">, kai </w:t>
      </w:r>
      <w:proofErr w:type="spellStart"/>
      <w:r w:rsidRPr="00E52DED">
        <w:rPr>
          <w:rFonts w:cs="Times New Roman"/>
          <w:sz w:val="24"/>
          <w:szCs w:val="24"/>
        </w:rPr>
        <w:t>toks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dovanojimas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suprantamas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siekis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įgyti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palankumą;</w:t>
      </w:r>
    </w:p>
    <w:p w14:paraId="3372E9DD" w14:textId="29F59181" w:rsidR="003E66CB" w:rsidRPr="00E52DED" w:rsidRDefault="00C77B29" w:rsidP="00394640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24.10. bet </w:t>
      </w:r>
      <w:proofErr w:type="spellStart"/>
      <w:r w:rsidRPr="00E52DED">
        <w:rPr>
          <w:rFonts w:cs="Times New Roman"/>
          <w:sz w:val="24"/>
          <w:szCs w:val="24"/>
        </w:rPr>
        <w:t>kokias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paslaugas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prieštarautų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aktams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Pedagogų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etikos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kodeksui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šiam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galėtų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pakenkti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reputacijai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6E59BE1B" w14:textId="77777777" w:rsidR="00394640" w:rsidRDefault="00394640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5A828991" w14:textId="3CA3AE12" w:rsidR="003E66CB" w:rsidRPr="00E52DED" w:rsidRDefault="00C77B29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VI SKYRIUS</w:t>
      </w:r>
    </w:p>
    <w:p w14:paraId="5CE4680D" w14:textId="77777777" w:rsidR="003E66CB" w:rsidRDefault="00C77B29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VEIKSMAI SIŪLANT AR GAVUS NETOLERUOTINĄ DOVANĄ</w:t>
      </w:r>
    </w:p>
    <w:p w14:paraId="6D7B6DB6" w14:textId="77777777" w:rsidR="00D97BA4" w:rsidRPr="00E52DED" w:rsidRDefault="00D97BA4" w:rsidP="00394640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41789589" w14:textId="77777777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25.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tiesiogiai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siūloma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negalima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darbuotojas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mandagiai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atsisako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kiek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įmanoma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informuoja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dovanotoją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apie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Gimnazijoje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taikomą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politiką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28A8599F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26.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netoleruotina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buvo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palikta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atsiųsta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paštu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per </w:t>
      </w:r>
      <w:proofErr w:type="spellStart"/>
      <w:r w:rsidRPr="00E52DED">
        <w:rPr>
          <w:rFonts w:cs="Times New Roman"/>
          <w:sz w:val="24"/>
          <w:szCs w:val="24"/>
        </w:rPr>
        <w:t>kurjerį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perduota</w:t>
      </w:r>
      <w:proofErr w:type="spellEnd"/>
      <w:r w:rsidRPr="00E52DED">
        <w:rPr>
          <w:rFonts w:cs="Times New Roman"/>
          <w:sz w:val="24"/>
          <w:szCs w:val="24"/>
        </w:rPr>
        <w:t xml:space="preserve"> per </w:t>
      </w:r>
      <w:proofErr w:type="spellStart"/>
      <w:r w:rsidRPr="00E52DED">
        <w:rPr>
          <w:rFonts w:cs="Times New Roman"/>
          <w:sz w:val="24"/>
          <w:szCs w:val="24"/>
        </w:rPr>
        <w:t>kitą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neturint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realios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galimybės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atsisakyti</w:t>
      </w:r>
      <w:proofErr w:type="spellEnd"/>
      <w:r w:rsidRPr="00E52DED">
        <w:rPr>
          <w:rFonts w:cs="Times New Roman"/>
          <w:sz w:val="24"/>
          <w:szCs w:val="24"/>
        </w:rPr>
        <w:t>, darbuotojas:</w:t>
      </w:r>
    </w:p>
    <w:p w14:paraId="1CDC42D2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26.1. d</w:t>
      </w:r>
      <w:proofErr w:type="spellStart"/>
      <w:r w:rsidRPr="00E52DED">
        <w:rPr>
          <w:rFonts w:cs="Times New Roman"/>
          <w:sz w:val="24"/>
          <w:szCs w:val="24"/>
        </w:rPr>
        <w:t>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nenaudoja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neperduoda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kitiems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asmenims</w:t>
      </w:r>
      <w:proofErr w:type="spellEnd"/>
      <w:r w:rsidRPr="00E52DED">
        <w:rPr>
          <w:rFonts w:cs="Times New Roman"/>
          <w:sz w:val="24"/>
          <w:szCs w:val="24"/>
        </w:rPr>
        <w:t>;</w:t>
      </w:r>
    </w:p>
    <w:p w14:paraId="01DA6FE2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26.2. ne </w:t>
      </w:r>
      <w:proofErr w:type="spellStart"/>
      <w:r w:rsidRPr="00E52DED">
        <w:rPr>
          <w:rFonts w:cs="Times New Roman"/>
          <w:sz w:val="24"/>
          <w:szCs w:val="24"/>
        </w:rPr>
        <w:t>vėliau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per 3 </w:t>
      </w:r>
      <w:proofErr w:type="spellStart"/>
      <w:r w:rsidRPr="00E52DED">
        <w:rPr>
          <w:rFonts w:cs="Times New Roman"/>
          <w:sz w:val="24"/>
          <w:szCs w:val="24"/>
        </w:rPr>
        <w:t>darbo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dienas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perduoda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atsakingam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asmeniui</w:t>
      </w:r>
      <w:proofErr w:type="spellEnd"/>
      <w:r w:rsidRPr="00E52DED">
        <w:rPr>
          <w:rFonts w:cs="Times New Roman"/>
          <w:sz w:val="24"/>
          <w:szCs w:val="24"/>
        </w:rPr>
        <w:t>;</w:t>
      </w:r>
    </w:p>
    <w:p w14:paraId="677E8839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26.3. </w:t>
      </w:r>
      <w:proofErr w:type="spellStart"/>
      <w:r w:rsidRPr="00E52DED">
        <w:rPr>
          <w:rFonts w:cs="Times New Roman"/>
          <w:sz w:val="24"/>
          <w:szCs w:val="24"/>
        </w:rPr>
        <w:t>pateikia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informaciją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apie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gavimo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aplinkybes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dovanotoją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žinomas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kitą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reikšmingą</w:t>
      </w:r>
      <w:proofErr w:type="spellEnd"/>
      <w:r w:rsidRPr="00E52DED">
        <w:rPr>
          <w:rFonts w:cs="Times New Roman"/>
          <w:sz w:val="24"/>
          <w:szCs w:val="24"/>
        </w:rPr>
        <w:t xml:space="preserve"> informaciją.</w:t>
      </w:r>
    </w:p>
    <w:p w14:paraId="2AF71590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27. A</w:t>
      </w:r>
      <w:proofErr w:type="spellStart"/>
      <w:r w:rsidRPr="00E52DED">
        <w:rPr>
          <w:rFonts w:cs="Times New Roman"/>
          <w:sz w:val="24"/>
          <w:szCs w:val="24"/>
        </w:rPr>
        <w:t>tsakingas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atvejais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užregistruoja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organizuoja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grąžinimą</w:t>
      </w:r>
      <w:proofErr w:type="spellEnd"/>
      <w:r w:rsidRPr="00E52DED">
        <w:rPr>
          <w:rFonts w:cs="Times New Roman"/>
          <w:sz w:val="24"/>
          <w:szCs w:val="24"/>
        </w:rPr>
        <w:t xml:space="preserve"> dovanotojui.</w:t>
      </w:r>
    </w:p>
    <w:p w14:paraId="0339E4B3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28. J</w:t>
      </w:r>
      <w:proofErr w:type="spellStart"/>
      <w:r w:rsidRPr="00E52DED">
        <w:rPr>
          <w:rFonts w:cs="Times New Roman"/>
          <w:sz w:val="24"/>
          <w:szCs w:val="24"/>
        </w:rPr>
        <w:t>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nėra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30 </w:t>
      </w:r>
      <w:proofErr w:type="spellStart"/>
      <w:r w:rsidRPr="00E52DED">
        <w:rPr>
          <w:rFonts w:cs="Times New Roman"/>
          <w:sz w:val="24"/>
          <w:szCs w:val="24"/>
        </w:rPr>
        <w:t>punkte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nurodytų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neteisėto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atlygio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korupcinio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pobūdžio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nusikalstamos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požymių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netoleruotinos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grąžinti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objektyviai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neįmanoma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Komisija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laikydamasi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turto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valdymą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apskaitą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disponavimą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reglamentuojančių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priima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motyvuotą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tolesnio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tvarkymo</w:t>
      </w:r>
      <w:proofErr w:type="spellEnd"/>
      <w:r w:rsidRPr="00E52DED">
        <w:rPr>
          <w:rFonts w:cs="Times New Roman"/>
          <w:sz w:val="24"/>
          <w:szCs w:val="24"/>
        </w:rPr>
        <w:t xml:space="preserve">. </w:t>
      </w:r>
      <w:proofErr w:type="spellStart"/>
      <w:r w:rsidRPr="00E52DED">
        <w:rPr>
          <w:rFonts w:cs="Times New Roman"/>
          <w:sz w:val="24"/>
          <w:szCs w:val="24"/>
        </w:rPr>
        <w:t>Atsižvelgiant</w:t>
      </w:r>
      <w:proofErr w:type="spellEnd"/>
      <w:r w:rsidRPr="00E52DED">
        <w:rPr>
          <w:rFonts w:cs="Times New Roman"/>
          <w:sz w:val="24"/>
          <w:szCs w:val="24"/>
        </w:rPr>
        <w:t xml:space="preserve"> į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pobūdį</w:t>
      </w:r>
      <w:proofErr w:type="spellEnd"/>
      <w:r w:rsidRPr="00E52DED">
        <w:rPr>
          <w:rFonts w:cs="Times New Roman"/>
          <w:sz w:val="24"/>
          <w:szCs w:val="24"/>
        </w:rPr>
        <w:t xml:space="preserve">, ji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>:</w:t>
      </w:r>
    </w:p>
    <w:p w14:paraId="02FA155C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28.1. p</w:t>
      </w:r>
      <w:proofErr w:type="spellStart"/>
      <w:r w:rsidRPr="00E52DED">
        <w:rPr>
          <w:rFonts w:cs="Times New Roman"/>
          <w:sz w:val="24"/>
          <w:szCs w:val="24"/>
        </w:rPr>
        <w:t>erduota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bendruomenės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bendram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naudojimui</w:t>
      </w:r>
      <w:proofErr w:type="spellEnd"/>
      <w:r w:rsidRPr="00E52DED">
        <w:rPr>
          <w:rFonts w:cs="Times New Roman"/>
          <w:sz w:val="24"/>
          <w:szCs w:val="24"/>
        </w:rPr>
        <w:t>;</w:t>
      </w:r>
    </w:p>
    <w:p w14:paraId="1B88B398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28.2.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perduota</w:t>
      </w:r>
      <w:proofErr w:type="spellEnd"/>
      <w:r w:rsidRPr="00E52DED">
        <w:rPr>
          <w:rFonts w:cs="Times New Roman"/>
          <w:sz w:val="24"/>
          <w:szCs w:val="24"/>
        </w:rPr>
        <w:t xml:space="preserve"> paramos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labdaros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tikslams</w:t>
      </w:r>
      <w:proofErr w:type="spellEnd"/>
      <w:r w:rsidRPr="00E52DED">
        <w:rPr>
          <w:rFonts w:cs="Times New Roman"/>
          <w:sz w:val="24"/>
          <w:szCs w:val="24"/>
        </w:rPr>
        <w:t>;</w:t>
      </w:r>
    </w:p>
    <w:p w14:paraId="68B18A72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28.3. </w:t>
      </w:r>
      <w:proofErr w:type="spellStart"/>
      <w:r w:rsidRPr="00E52DED">
        <w:rPr>
          <w:rFonts w:cs="Times New Roman"/>
          <w:sz w:val="24"/>
          <w:szCs w:val="24"/>
        </w:rPr>
        <w:t>sunaikinta</w:t>
      </w:r>
      <w:proofErr w:type="spellEnd"/>
      <w:r w:rsidRPr="00E52DED">
        <w:rPr>
          <w:rFonts w:cs="Times New Roman"/>
          <w:sz w:val="24"/>
          <w:szCs w:val="24"/>
        </w:rPr>
        <w:t>;</w:t>
      </w:r>
    </w:p>
    <w:p w14:paraId="24A2B303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28.4. </w:t>
      </w:r>
      <w:proofErr w:type="spellStart"/>
      <w:r w:rsidRPr="00E52DED">
        <w:rPr>
          <w:rFonts w:cs="Times New Roman"/>
          <w:sz w:val="24"/>
          <w:szCs w:val="24"/>
        </w:rPr>
        <w:t>sutvarkyta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teisėtu</w:t>
      </w:r>
      <w:proofErr w:type="spellEnd"/>
      <w:r w:rsidRPr="00E52DED">
        <w:rPr>
          <w:rFonts w:cs="Times New Roman"/>
          <w:sz w:val="24"/>
          <w:szCs w:val="24"/>
        </w:rPr>
        <w:t xml:space="preserve"> būdu.</w:t>
      </w:r>
    </w:p>
    <w:p w14:paraId="4A35DE59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29. J</w:t>
      </w:r>
      <w:proofErr w:type="spellStart"/>
      <w:r w:rsidRPr="00E52DED">
        <w:rPr>
          <w:rFonts w:cs="Times New Roman"/>
          <w:sz w:val="24"/>
          <w:szCs w:val="24"/>
        </w:rPr>
        <w:t>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nėra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30 </w:t>
      </w:r>
      <w:proofErr w:type="spellStart"/>
      <w:r w:rsidRPr="00E52DED">
        <w:rPr>
          <w:rFonts w:cs="Times New Roman"/>
          <w:sz w:val="24"/>
          <w:szCs w:val="24"/>
        </w:rPr>
        <w:t>punkte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nurodytų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neteisėto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atlygio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korupcinio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pobūdžio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nusikalstamos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požymių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greitai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gendantys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maisto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produktai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greitai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gendančios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kurių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grąžinti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neįmanoma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neproporcinga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, kai </w:t>
      </w:r>
      <w:proofErr w:type="spellStart"/>
      <w:r w:rsidRPr="00E52DED">
        <w:rPr>
          <w:rFonts w:cs="Times New Roman"/>
          <w:sz w:val="24"/>
          <w:szCs w:val="24"/>
        </w:rPr>
        <w:t>būtina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spręsti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nedelsiant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atsakingo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perduodami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bendram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bendruomenės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naudojimui</w:t>
      </w:r>
      <w:proofErr w:type="spellEnd"/>
      <w:r w:rsidRPr="00E52DED">
        <w:rPr>
          <w:rFonts w:cs="Times New Roman"/>
          <w:sz w:val="24"/>
          <w:szCs w:val="24"/>
        </w:rPr>
        <w:t xml:space="preserve">. </w:t>
      </w:r>
      <w:proofErr w:type="spellStart"/>
      <w:r w:rsidRPr="00E52DED">
        <w:rPr>
          <w:rFonts w:cs="Times New Roman"/>
          <w:sz w:val="24"/>
          <w:szCs w:val="24"/>
        </w:rPr>
        <w:t>Sprendimas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vėliau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įforminamas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registre.</w:t>
      </w:r>
    </w:p>
    <w:p w14:paraId="0EBC0DF9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lastRenderedPageBreak/>
        <w:t>30. J</w:t>
      </w:r>
      <w:proofErr w:type="spellStart"/>
      <w:r w:rsidRPr="00E52DED">
        <w:rPr>
          <w:rFonts w:cs="Times New Roman"/>
          <w:sz w:val="24"/>
          <w:szCs w:val="24"/>
        </w:rPr>
        <w:t>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siūloma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turi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kyšio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papirkimo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prekybos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poveikiu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korupcinio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pobūdžio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nusikalstamos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požymių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darbuotojas</w:t>
      </w:r>
      <w:proofErr w:type="spellEnd"/>
      <w:r w:rsidRPr="00E52DED">
        <w:rPr>
          <w:rFonts w:cs="Times New Roman"/>
          <w:sz w:val="24"/>
          <w:szCs w:val="24"/>
        </w:rPr>
        <w:t>:</w:t>
      </w:r>
    </w:p>
    <w:p w14:paraId="1253A57C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30.1. </w:t>
      </w:r>
      <w:proofErr w:type="spellStart"/>
      <w:r w:rsidRPr="00E52DED">
        <w:rPr>
          <w:rFonts w:cs="Times New Roman"/>
          <w:sz w:val="24"/>
          <w:szCs w:val="24"/>
        </w:rPr>
        <w:t>tokios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nenaudoja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neperduoda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asmeniui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nesunaikina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savo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iniciatyva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negrąžina</w:t>
      </w:r>
      <w:proofErr w:type="spellEnd"/>
      <w:r w:rsidRPr="00E52DED">
        <w:rPr>
          <w:rFonts w:cs="Times New Roman"/>
          <w:sz w:val="24"/>
          <w:szCs w:val="24"/>
        </w:rPr>
        <w:t>;</w:t>
      </w:r>
    </w:p>
    <w:p w14:paraId="24D1ECFC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30.2. </w:t>
      </w:r>
      <w:proofErr w:type="spellStart"/>
      <w:r w:rsidRPr="00E52DED">
        <w:rPr>
          <w:rFonts w:cs="Times New Roman"/>
          <w:sz w:val="24"/>
          <w:szCs w:val="24"/>
        </w:rPr>
        <w:t>nedelsdamas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informuoja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(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) </w:t>
      </w:r>
      <w:proofErr w:type="spellStart"/>
      <w:r w:rsidRPr="00E52DED">
        <w:rPr>
          <w:rFonts w:cs="Times New Roman"/>
          <w:sz w:val="24"/>
          <w:szCs w:val="24"/>
        </w:rPr>
        <w:t>už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korupcijai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atsparios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aplinkos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kūrimą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atsakingą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asmenį</w:t>
      </w:r>
      <w:proofErr w:type="spellEnd"/>
      <w:r w:rsidRPr="00E52DED">
        <w:rPr>
          <w:rFonts w:cs="Times New Roman"/>
          <w:sz w:val="24"/>
          <w:szCs w:val="24"/>
        </w:rPr>
        <w:t>;</w:t>
      </w:r>
    </w:p>
    <w:p w14:paraId="31962FC8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30.3. </w:t>
      </w:r>
      <w:proofErr w:type="spellStart"/>
      <w:r w:rsidRPr="00E52DED">
        <w:rPr>
          <w:rFonts w:cs="Times New Roman"/>
          <w:sz w:val="24"/>
          <w:szCs w:val="24"/>
        </w:rPr>
        <w:t>išsaugo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daiktą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dokumentus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elektroninius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pranešimus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galimus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įrodymus</w:t>
      </w:r>
      <w:proofErr w:type="spellEnd"/>
      <w:r w:rsidRPr="00E52DED">
        <w:rPr>
          <w:rFonts w:cs="Times New Roman"/>
          <w:sz w:val="24"/>
          <w:szCs w:val="24"/>
        </w:rPr>
        <w:t>;</w:t>
      </w:r>
    </w:p>
    <w:p w14:paraId="6F5CEF04" w14:textId="5986A3E0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30.4. </w:t>
      </w:r>
      <w:proofErr w:type="spellStart"/>
      <w:r w:rsidRPr="00E52DED">
        <w:rPr>
          <w:rFonts w:cs="Times New Roman"/>
          <w:sz w:val="24"/>
          <w:szCs w:val="24"/>
        </w:rPr>
        <w:t>gavęs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duomenų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leidžiančių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pagrįstai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manyti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kad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buvo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padaryta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daroma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rengiamasi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padaryti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korupcinio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pobūdžio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nusikalstama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veika</w:t>
      </w:r>
      <w:proofErr w:type="spellEnd"/>
      <w:r w:rsidRPr="00E52DED">
        <w:rPr>
          <w:rFonts w:cs="Times New Roman"/>
          <w:sz w:val="24"/>
          <w:szCs w:val="24"/>
        </w:rPr>
        <w:t xml:space="preserve">, per </w:t>
      </w:r>
      <w:proofErr w:type="spellStart"/>
      <w:r w:rsidRPr="00E52DED">
        <w:rPr>
          <w:rFonts w:cs="Times New Roman"/>
          <w:sz w:val="24"/>
          <w:szCs w:val="24"/>
        </w:rPr>
        <w:t>įmanomai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trumpiausią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laiką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praneša</w:t>
      </w:r>
      <w:proofErr w:type="spellEnd"/>
      <w:r w:rsidRPr="00E52DED">
        <w:rPr>
          <w:rFonts w:cs="Times New Roman"/>
          <w:sz w:val="24"/>
          <w:szCs w:val="24"/>
        </w:rPr>
        <w:t xml:space="preserve"> Lietuvos</w:t>
      </w:r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prokuratūrai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Specialiųjų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tyrimų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tarnybai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ikiteisminio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tyrimo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įstaigai</w:t>
      </w:r>
      <w:proofErr w:type="spellEnd"/>
      <w:r w:rsidRPr="00E52DED">
        <w:rPr>
          <w:rFonts w:cs="Times New Roman"/>
          <w:sz w:val="24"/>
          <w:szCs w:val="24"/>
        </w:rPr>
        <w:t xml:space="preserve"> Lietuvos</w:t>
      </w:r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korupcijos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prevencijos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įstatymo</w:t>
      </w:r>
      <w:proofErr w:type="spellEnd"/>
      <w:r w:rsidRPr="00E52DED">
        <w:rPr>
          <w:rFonts w:cs="Times New Roman"/>
          <w:sz w:val="24"/>
          <w:szCs w:val="24"/>
        </w:rPr>
        <w:t xml:space="preserve"> 9 </w:t>
      </w:r>
      <w:proofErr w:type="spellStart"/>
      <w:r w:rsidRPr="00E52DED">
        <w:rPr>
          <w:rFonts w:cs="Times New Roman"/>
          <w:sz w:val="24"/>
          <w:szCs w:val="24"/>
        </w:rPr>
        <w:t>straipsnio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išskyrus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šiame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straipsnyje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išimtis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atvejus</w:t>
      </w:r>
      <w:proofErr w:type="spellEnd"/>
      <w:r w:rsidRPr="00E52DED">
        <w:rPr>
          <w:rFonts w:cs="Times New Roman"/>
          <w:sz w:val="24"/>
          <w:szCs w:val="24"/>
        </w:rPr>
        <w:t xml:space="preserve">, kai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aktuose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praneštinos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informacijos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atskleidimo</w:t>
      </w:r>
      <w:proofErr w:type="spellEnd"/>
      <w:r w:rsidR="00D97BA4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ribojimai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5B4A6DB4" w14:textId="77777777" w:rsidR="003E66CB" w:rsidRPr="00E52DED" w:rsidRDefault="00C77B29" w:rsidP="00D97BA4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VII SKYRIUS</w:t>
      </w:r>
    </w:p>
    <w:p w14:paraId="515F78F7" w14:textId="77777777" w:rsidR="003E66CB" w:rsidRDefault="00C77B29" w:rsidP="00D97BA4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DIREKTORIUI SIŪLOMŲ AR JO GAUTŲ DOVANŲ TVARKA</w:t>
      </w:r>
    </w:p>
    <w:p w14:paraId="44E88339" w14:textId="77777777" w:rsidR="00D97BA4" w:rsidRPr="00E52DED" w:rsidRDefault="00D97BA4" w:rsidP="00D97BA4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56B08F1E" w14:textId="77777777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31.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taikomi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tokie</w:t>
      </w:r>
      <w:proofErr w:type="spellEnd"/>
      <w:r w:rsidRPr="00E52DED">
        <w:rPr>
          <w:rFonts w:cs="Times New Roman"/>
          <w:sz w:val="24"/>
          <w:szCs w:val="24"/>
        </w:rPr>
        <w:t xml:space="preserve"> pat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griežtesni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reikalavimai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kitiems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darbuotojams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4E6F679C" w14:textId="77777777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32.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neturi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pats </w:t>
      </w:r>
      <w:proofErr w:type="spellStart"/>
      <w:r w:rsidRPr="00E52DED">
        <w:rPr>
          <w:rFonts w:cs="Times New Roman"/>
          <w:sz w:val="24"/>
          <w:szCs w:val="24"/>
        </w:rPr>
        <w:t>priimti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galutinio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savo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priimtinumo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vertės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registravimo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perdavimo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kitokio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sutvarkymo</w:t>
      </w:r>
      <w:proofErr w:type="spellEnd"/>
      <w:r w:rsidRPr="00E52DED">
        <w:rPr>
          <w:rFonts w:cs="Times New Roman"/>
          <w:sz w:val="24"/>
          <w:szCs w:val="24"/>
        </w:rPr>
        <w:t xml:space="preserve"> tais </w:t>
      </w:r>
      <w:proofErr w:type="spellStart"/>
      <w:r w:rsidRPr="00E52DED">
        <w:rPr>
          <w:rFonts w:cs="Times New Roman"/>
          <w:sz w:val="24"/>
          <w:szCs w:val="24"/>
        </w:rPr>
        <w:t>atvejais</w:t>
      </w:r>
      <w:proofErr w:type="spellEnd"/>
      <w:r w:rsidRPr="00E52DED">
        <w:rPr>
          <w:rFonts w:cs="Times New Roman"/>
          <w:sz w:val="24"/>
          <w:szCs w:val="24"/>
        </w:rPr>
        <w:t xml:space="preserve">, kai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reikalingas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atsakingo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vertinimas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22E6B33A" w14:textId="77777777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33.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pasiūloma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akivaizdžiai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netoleruotina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direktorius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atsisako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07766C99" w14:textId="77777777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34.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gavo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negalėjo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atsisakyti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kyla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abejonių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priimtinumo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jis</w:t>
      </w:r>
      <w:proofErr w:type="spellEnd"/>
      <w:r w:rsidRPr="00E52DED">
        <w:rPr>
          <w:rFonts w:cs="Times New Roman"/>
          <w:sz w:val="24"/>
          <w:szCs w:val="24"/>
        </w:rPr>
        <w:t xml:space="preserve"> ne </w:t>
      </w:r>
      <w:proofErr w:type="spellStart"/>
      <w:r w:rsidRPr="00E52DED">
        <w:rPr>
          <w:rFonts w:cs="Times New Roman"/>
          <w:sz w:val="24"/>
          <w:szCs w:val="24"/>
        </w:rPr>
        <w:t>vėliau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per 3 </w:t>
      </w:r>
      <w:proofErr w:type="spellStart"/>
      <w:r w:rsidRPr="00E52DED">
        <w:rPr>
          <w:rFonts w:cs="Times New Roman"/>
          <w:sz w:val="24"/>
          <w:szCs w:val="24"/>
        </w:rPr>
        <w:t>darbo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dienas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perduoda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atsakingam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kartu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informacija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apie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gavimo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aplinkybes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6530E9B8" w14:textId="77777777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35. </w:t>
      </w:r>
      <w:proofErr w:type="spellStart"/>
      <w:r w:rsidRPr="00E52DED">
        <w:rPr>
          <w:rFonts w:cs="Times New Roman"/>
          <w:sz w:val="24"/>
          <w:szCs w:val="24"/>
        </w:rPr>
        <w:t>Direktoriaus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direktoriui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nedalyvaujant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posėdyje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svarstyme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priimant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sprendimą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20832444" w14:textId="77777777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36.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narys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nešališkumu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asmeninių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tarnybinių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ryšių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direktoriumi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dovanotoju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kilti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pagrįstų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abejonių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privalo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nusišalinti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konkrečios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vertinimo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6213182C" w14:textId="77777777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37. </w:t>
      </w:r>
      <w:proofErr w:type="spellStart"/>
      <w:r w:rsidRPr="00E52DED">
        <w:rPr>
          <w:rFonts w:cs="Times New Roman"/>
          <w:sz w:val="24"/>
          <w:szCs w:val="24"/>
        </w:rPr>
        <w:t>Direktoriaus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grąžinimą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registravimą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perdavimą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įgyvendinimo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veiksmus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organizuoja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atsakingas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asmuo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1193372A" w14:textId="77777777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38.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aktus</w:t>
      </w:r>
      <w:proofErr w:type="spellEnd"/>
      <w:r w:rsidRPr="00E52DED">
        <w:rPr>
          <w:rFonts w:cs="Times New Roman"/>
          <w:sz w:val="24"/>
          <w:szCs w:val="24"/>
        </w:rPr>
        <w:t xml:space="preserve"> tam </w:t>
      </w:r>
      <w:proofErr w:type="spellStart"/>
      <w:r w:rsidRPr="00E52DED">
        <w:rPr>
          <w:rFonts w:cs="Times New Roman"/>
          <w:sz w:val="24"/>
          <w:szCs w:val="24"/>
        </w:rPr>
        <w:t>tikram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dokumentui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vadovo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tačiau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tiesiogiai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susijęs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tokį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veiksmą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kiek</w:t>
      </w:r>
      <w:proofErr w:type="spellEnd"/>
      <w:r w:rsidRPr="00E52DED">
        <w:rPr>
          <w:rFonts w:cs="Times New Roman"/>
          <w:sz w:val="24"/>
          <w:szCs w:val="24"/>
        </w:rPr>
        <w:t xml:space="preserve"> tai </w:t>
      </w:r>
      <w:proofErr w:type="spellStart"/>
      <w:r w:rsidRPr="00E52DED">
        <w:rPr>
          <w:rFonts w:cs="Times New Roman"/>
          <w:sz w:val="24"/>
          <w:szCs w:val="24"/>
        </w:rPr>
        <w:t>leidžia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suteikti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įgaliojimai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atlieka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iš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anksto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įsakymu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paskirtas</w:t>
      </w:r>
      <w:proofErr w:type="spellEnd"/>
      <w:r w:rsidRPr="00E52DED">
        <w:rPr>
          <w:rFonts w:cs="Times New Roman"/>
          <w:sz w:val="24"/>
          <w:szCs w:val="24"/>
        </w:rPr>
        <w:t xml:space="preserve"> jo </w:t>
      </w:r>
      <w:proofErr w:type="spellStart"/>
      <w:r w:rsidRPr="00E52DED">
        <w:rPr>
          <w:rFonts w:cs="Times New Roman"/>
          <w:sz w:val="24"/>
          <w:szCs w:val="24"/>
        </w:rPr>
        <w:t>pavaduotojas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nešališkas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įgaliotas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darbuotojas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57B7FE4E" w14:textId="77777777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39.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reikalingo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pavaduotojas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įgaliotas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asmuo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klausimas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teikiamas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savininko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teises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pareigas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įgyvendinančiai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institucijai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48A3CB14" w14:textId="77777777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40.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tarptautinį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protokolą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pareigomis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susijusias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tradicijas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reprezentacijai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viršija</w:t>
      </w:r>
      <w:proofErr w:type="spellEnd"/>
      <w:r w:rsidRPr="00E52DED">
        <w:rPr>
          <w:rFonts w:cs="Times New Roman"/>
          <w:sz w:val="24"/>
          <w:szCs w:val="24"/>
        </w:rPr>
        <w:t xml:space="preserve"> 150 </w:t>
      </w:r>
      <w:proofErr w:type="spellStart"/>
      <w:r w:rsidRPr="00E52DED">
        <w:rPr>
          <w:rFonts w:cs="Times New Roman"/>
          <w:sz w:val="24"/>
          <w:szCs w:val="24"/>
        </w:rPr>
        <w:t>Eur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taikomas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22 </w:t>
      </w:r>
      <w:proofErr w:type="spellStart"/>
      <w:r w:rsidRPr="00E52DED">
        <w:rPr>
          <w:rFonts w:cs="Times New Roman"/>
          <w:sz w:val="24"/>
          <w:szCs w:val="24"/>
        </w:rPr>
        <w:t>punktas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3FC787A6" w14:textId="77777777" w:rsidR="00D97BA4" w:rsidRDefault="00D97BA4" w:rsidP="00D97BA4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4EB2A8D0" w14:textId="1B1CED47" w:rsidR="003E66CB" w:rsidRPr="00E52DED" w:rsidRDefault="00C77B29" w:rsidP="00D97BA4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VIII SKYRIUS</w:t>
      </w:r>
    </w:p>
    <w:p w14:paraId="370318A4" w14:textId="77777777" w:rsidR="003E66CB" w:rsidRDefault="00C77B29" w:rsidP="00D97BA4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DOVANŲ REGISTRAVIMAS</w:t>
      </w:r>
    </w:p>
    <w:p w14:paraId="11D47BB9" w14:textId="77777777" w:rsidR="00D97BA4" w:rsidRPr="00E52DED" w:rsidRDefault="00D97BA4" w:rsidP="00D97BA4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0CD526B2" w14:textId="77777777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41. </w:t>
      </w:r>
      <w:proofErr w:type="spellStart"/>
      <w:r w:rsidRPr="00E52DED">
        <w:rPr>
          <w:rFonts w:cs="Times New Roman"/>
          <w:sz w:val="24"/>
          <w:szCs w:val="24"/>
        </w:rPr>
        <w:t>Gimnazijoje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tvarkomas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vidaus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1 </w:t>
      </w:r>
      <w:proofErr w:type="spellStart"/>
      <w:r w:rsidRPr="00E52DED">
        <w:rPr>
          <w:rFonts w:cs="Times New Roman"/>
          <w:sz w:val="24"/>
          <w:szCs w:val="24"/>
        </w:rPr>
        <w:t>priede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formą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683A2958" w14:textId="77777777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42. </w:t>
      </w:r>
      <w:proofErr w:type="spellStart"/>
      <w:r w:rsidRPr="00E52DED">
        <w:rPr>
          <w:rFonts w:cs="Times New Roman"/>
          <w:sz w:val="24"/>
          <w:szCs w:val="24"/>
        </w:rPr>
        <w:t>Už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tvarkymą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atsako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įsakymu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paskirtas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atsakingas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asmuo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42A83F2D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43.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registruojamos</w:t>
      </w:r>
      <w:proofErr w:type="spellEnd"/>
      <w:r w:rsidRPr="00E52DED">
        <w:rPr>
          <w:rFonts w:cs="Times New Roman"/>
          <w:sz w:val="24"/>
          <w:szCs w:val="24"/>
        </w:rPr>
        <w:t>:</w:t>
      </w:r>
    </w:p>
    <w:p w14:paraId="4307BC96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43.1. </w:t>
      </w:r>
      <w:proofErr w:type="spellStart"/>
      <w:r w:rsidRPr="00E52DED">
        <w:rPr>
          <w:rFonts w:cs="Times New Roman"/>
          <w:sz w:val="24"/>
          <w:szCs w:val="24"/>
        </w:rPr>
        <w:t>oficialios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išskyrus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akivaizdžiai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simbolinius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dėmesio</w:t>
      </w:r>
      <w:proofErr w:type="spellEnd"/>
      <w:r w:rsidRPr="00E52DED">
        <w:rPr>
          <w:rFonts w:cs="Times New Roman"/>
          <w:sz w:val="24"/>
          <w:szCs w:val="24"/>
        </w:rPr>
        <w:t xml:space="preserve"> ženklus;</w:t>
      </w:r>
    </w:p>
    <w:p w14:paraId="2DFFC6B9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43.2. d</w:t>
      </w:r>
      <w:proofErr w:type="spellStart"/>
      <w:r w:rsidRPr="00E52DED">
        <w:rPr>
          <w:rFonts w:cs="Times New Roman"/>
          <w:sz w:val="24"/>
          <w:szCs w:val="24"/>
        </w:rPr>
        <w:t>eklaruojančių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tarptautinį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protokolą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pareigomis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susijusias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tradicijas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reprezentacijai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materialinės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nėra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akivaizdžiai</w:t>
      </w:r>
      <w:proofErr w:type="spellEnd"/>
      <w:r w:rsidRPr="00E52DED">
        <w:rPr>
          <w:rFonts w:cs="Times New Roman"/>
          <w:sz w:val="24"/>
          <w:szCs w:val="24"/>
        </w:rPr>
        <w:t xml:space="preserve"> simbolinės;</w:t>
      </w:r>
    </w:p>
    <w:p w14:paraId="0DE08CCB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lastRenderedPageBreak/>
        <w:t>43.3. v</w:t>
      </w:r>
      <w:proofErr w:type="spellStart"/>
      <w:r w:rsidRPr="00E52DED">
        <w:rPr>
          <w:rFonts w:cs="Times New Roman"/>
          <w:sz w:val="24"/>
          <w:szCs w:val="24"/>
        </w:rPr>
        <w:t>isos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netoleruotinos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buvo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faktiškai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patekusios</w:t>
      </w:r>
      <w:proofErr w:type="spellEnd"/>
      <w:r w:rsidRPr="00E52DED">
        <w:rPr>
          <w:rFonts w:cs="Times New Roman"/>
          <w:sz w:val="24"/>
          <w:szCs w:val="24"/>
        </w:rPr>
        <w:t xml:space="preserve"> į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dispoziciją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atsakingam</w:t>
      </w:r>
      <w:proofErr w:type="spellEnd"/>
      <w:r w:rsidRPr="00E52DED">
        <w:rPr>
          <w:rFonts w:cs="Times New Roman"/>
          <w:sz w:val="24"/>
          <w:szCs w:val="24"/>
        </w:rPr>
        <w:t xml:space="preserve"> asmeniui;</w:t>
      </w:r>
    </w:p>
    <w:p w14:paraId="39016C29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43.4. g</w:t>
      </w:r>
      <w:proofErr w:type="spellStart"/>
      <w:r w:rsidRPr="00E52DED">
        <w:rPr>
          <w:rFonts w:cs="Times New Roman"/>
          <w:sz w:val="24"/>
          <w:szCs w:val="24"/>
        </w:rPr>
        <w:t>rąžintos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atsisakytos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priimti</w:t>
      </w:r>
      <w:proofErr w:type="spellEnd"/>
      <w:r w:rsidRPr="00E52DED">
        <w:rPr>
          <w:rFonts w:cs="Times New Roman"/>
          <w:sz w:val="24"/>
          <w:szCs w:val="24"/>
        </w:rPr>
        <w:t xml:space="preserve"> po </w:t>
      </w:r>
      <w:proofErr w:type="spellStart"/>
      <w:r w:rsidRPr="00E52DED">
        <w:rPr>
          <w:rFonts w:cs="Times New Roman"/>
          <w:sz w:val="24"/>
          <w:szCs w:val="24"/>
        </w:rPr>
        <w:t>faktinio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perdavimo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paliktos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paštu</w:t>
      </w:r>
      <w:proofErr w:type="spellEnd"/>
      <w:r w:rsidRPr="00E52DED">
        <w:rPr>
          <w:rFonts w:cs="Times New Roman"/>
          <w:sz w:val="24"/>
          <w:szCs w:val="24"/>
        </w:rPr>
        <w:t xml:space="preserve">, per </w:t>
      </w:r>
      <w:proofErr w:type="spellStart"/>
      <w:r w:rsidRPr="00E52DED">
        <w:rPr>
          <w:rFonts w:cs="Times New Roman"/>
          <w:sz w:val="24"/>
          <w:szCs w:val="24"/>
        </w:rPr>
        <w:t>kurjerį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būdais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atsiųstos</w:t>
      </w:r>
      <w:proofErr w:type="spellEnd"/>
      <w:r w:rsidRPr="00E52DED">
        <w:rPr>
          <w:rFonts w:cs="Times New Roman"/>
          <w:sz w:val="24"/>
          <w:szCs w:val="24"/>
        </w:rPr>
        <w:t xml:space="preserve"> dovanos;</w:t>
      </w:r>
    </w:p>
    <w:p w14:paraId="73F035D1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43.5. d</w:t>
      </w:r>
      <w:proofErr w:type="spellStart"/>
      <w:r w:rsidRPr="00E52DED">
        <w:rPr>
          <w:rFonts w:cs="Times New Roman"/>
          <w:sz w:val="24"/>
          <w:szCs w:val="24"/>
        </w:rPr>
        <w:t>ovanos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nėra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aiški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kurios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perduodamos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Komisijai</w:t>
      </w:r>
      <w:proofErr w:type="spellEnd"/>
      <w:r w:rsidRPr="00E52DED">
        <w:rPr>
          <w:rFonts w:cs="Times New Roman"/>
          <w:sz w:val="24"/>
          <w:szCs w:val="24"/>
        </w:rPr>
        <w:t xml:space="preserve"> vertinti;</w:t>
      </w:r>
    </w:p>
    <w:p w14:paraId="451D9180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43.6. v</w:t>
      </w:r>
      <w:proofErr w:type="spellStart"/>
      <w:r w:rsidRPr="00E52DED">
        <w:rPr>
          <w:rFonts w:cs="Times New Roman"/>
          <w:sz w:val="24"/>
          <w:szCs w:val="24"/>
        </w:rPr>
        <w:t>isos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perduodamos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apskaitomos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savivaldybės</w:t>
      </w:r>
      <w:proofErr w:type="spellEnd"/>
      <w:r w:rsidRPr="00E52DED">
        <w:rPr>
          <w:rFonts w:cs="Times New Roman"/>
          <w:sz w:val="24"/>
          <w:szCs w:val="24"/>
        </w:rPr>
        <w:t xml:space="preserve"> turtas;</w:t>
      </w:r>
    </w:p>
    <w:p w14:paraId="439AA6DE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43.7. d</w:t>
      </w:r>
      <w:proofErr w:type="spellStart"/>
      <w:r w:rsidRPr="00E52DED">
        <w:rPr>
          <w:rFonts w:cs="Times New Roman"/>
          <w:sz w:val="24"/>
          <w:szCs w:val="24"/>
        </w:rPr>
        <w:t>irektoriaus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kurių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VII </w:t>
      </w:r>
      <w:proofErr w:type="spellStart"/>
      <w:r w:rsidRPr="00E52DED">
        <w:rPr>
          <w:rFonts w:cs="Times New Roman"/>
          <w:sz w:val="24"/>
          <w:szCs w:val="24"/>
        </w:rPr>
        <w:t>skyrių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atliekama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vertinimo</w:t>
      </w:r>
      <w:proofErr w:type="spellEnd"/>
      <w:r w:rsidRPr="00E52DED">
        <w:rPr>
          <w:rFonts w:cs="Times New Roman"/>
          <w:sz w:val="24"/>
          <w:szCs w:val="24"/>
        </w:rPr>
        <w:t xml:space="preserve"> procedūra;</w:t>
      </w:r>
    </w:p>
    <w:p w14:paraId="16798D4E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43.8. k</w:t>
      </w:r>
      <w:proofErr w:type="spellStart"/>
      <w:r w:rsidRPr="00E52DED">
        <w:rPr>
          <w:rFonts w:cs="Times New Roman"/>
          <w:sz w:val="24"/>
          <w:szCs w:val="24"/>
        </w:rPr>
        <w:t>itos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atsakingas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nusprendžia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kad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registravimas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reikalingas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skaidrumui</w:t>
      </w:r>
      <w:proofErr w:type="spellEnd"/>
      <w:r w:rsidRPr="00E52DED">
        <w:rPr>
          <w:rFonts w:cs="Times New Roman"/>
          <w:sz w:val="24"/>
          <w:szCs w:val="24"/>
        </w:rPr>
        <w:t xml:space="preserve"> užtikrinti.</w:t>
      </w:r>
    </w:p>
    <w:p w14:paraId="7FCE3772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44. G</w:t>
      </w:r>
      <w:proofErr w:type="spellStart"/>
      <w:r w:rsidRPr="00E52DED">
        <w:rPr>
          <w:rFonts w:cs="Times New Roman"/>
          <w:sz w:val="24"/>
          <w:szCs w:val="24"/>
        </w:rPr>
        <w:t>ėlės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atvirukai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mokinių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kūrybos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padėkos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akivaizdžiai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simboliniai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dėmesio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ženklai</w:t>
      </w:r>
      <w:proofErr w:type="spellEnd"/>
      <w:r w:rsidRPr="00E52DED">
        <w:rPr>
          <w:rFonts w:cs="Times New Roman"/>
          <w:sz w:val="24"/>
          <w:szCs w:val="24"/>
        </w:rPr>
        <w:t xml:space="preserve"> Dovanų </w:t>
      </w:r>
      <w:proofErr w:type="spellStart"/>
      <w:r w:rsidRPr="00E52DED">
        <w:rPr>
          <w:rFonts w:cs="Times New Roman"/>
          <w:sz w:val="24"/>
          <w:szCs w:val="24"/>
        </w:rPr>
        <w:t>registre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neprivalo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registruojami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nėra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aplinkybių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keliančių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abejonių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jų</w:t>
      </w:r>
      <w:proofErr w:type="spellEnd"/>
      <w:r w:rsidRPr="00E52DED">
        <w:rPr>
          <w:rFonts w:cs="Times New Roman"/>
          <w:sz w:val="24"/>
          <w:szCs w:val="24"/>
        </w:rPr>
        <w:t xml:space="preserve"> priimtinumo.</w:t>
      </w:r>
    </w:p>
    <w:p w14:paraId="3F43B222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45. </w:t>
      </w:r>
      <w:proofErr w:type="spellStart"/>
      <w:r w:rsidRPr="00E52DED">
        <w:rPr>
          <w:rFonts w:cs="Times New Roman"/>
          <w:sz w:val="24"/>
          <w:szCs w:val="24"/>
        </w:rPr>
        <w:t>Vidaus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registre</w:t>
      </w:r>
      <w:proofErr w:type="spellEnd"/>
      <w:r w:rsidRPr="00E52DED">
        <w:rPr>
          <w:rFonts w:cs="Times New Roman"/>
          <w:sz w:val="24"/>
          <w:szCs w:val="24"/>
        </w:rPr>
        <w:t xml:space="preserve"> nurodoma:</w:t>
      </w:r>
    </w:p>
    <w:p w14:paraId="5DE87F4E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45.1. d</w:t>
      </w:r>
      <w:proofErr w:type="spellStart"/>
      <w:r w:rsidRPr="00E52DED">
        <w:rPr>
          <w:rFonts w:cs="Times New Roman"/>
          <w:sz w:val="24"/>
          <w:szCs w:val="24"/>
        </w:rPr>
        <w:t>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gavimo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registravimo</w:t>
      </w:r>
      <w:proofErr w:type="spellEnd"/>
      <w:r w:rsidRPr="00E52DED">
        <w:rPr>
          <w:rFonts w:cs="Times New Roman"/>
          <w:sz w:val="24"/>
          <w:szCs w:val="24"/>
        </w:rPr>
        <w:t xml:space="preserve"> datos;</w:t>
      </w:r>
    </w:p>
    <w:p w14:paraId="6D7CA803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45.2. </w:t>
      </w:r>
      <w:proofErr w:type="spellStart"/>
      <w:r w:rsidRPr="00E52DED">
        <w:rPr>
          <w:rFonts w:cs="Times New Roman"/>
          <w:sz w:val="24"/>
          <w:szCs w:val="24"/>
        </w:rPr>
        <w:t>dovanojimo</w:t>
      </w:r>
      <w:proofErr w:type="spellEnd"/>
      <w:r w:rsidRPr="00E52DED">
        <w:rPr>
          <w:rFonts w:cs="Times New Roman"/>
          <w:sz w:val="24"/>
          <w:szCs w:val="24"/>
        </w:rPr>
        <w:t xml:space="preserve"> aplinkybės;</w:t>
      </w:r>
    </w:p>
    <w:p w14:paraId="7A42B590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45.3.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aprašymas;</w:t>
      </w:r>
    </w:p>
    <w:p w14:paraId="4B637C1F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45.4. f</w:t>
      </w:r>
      <w:proofErr w:type="spellStart"/>
      <w:r w:rsidRPr="00E52DED">
        <w:rPr>
          <w:rFonts w:cs="Times New Roman"/>
          <w:sz w:val="24"/>
          <w:szCs w:val="24"/>
        </w:rPr>
        <w:t>izinio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vardas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pavardė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juridinio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pavadinimas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dovanotojas</w:t>
      </w:r>
      <w:proofErr w:type="spellEnd"/>
      <w:r w:rsidRPr="00E52DED">
        <w:rPr>
          <w:rFonts w:cs="Times New Roman"/>
          <w:sz w:val="24"/>
          <w:szCs w:val="24"/>
        </w:rPr>
        <w:t xml:space="preserve"> žinomas;</w:t>
      </w:r>
    </w:p>
    <w:p w14:paraId="0E651A5E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45.5. do</w:t>
      </w:r>
      <w:proofErr w:type="spellStart"/>
      <w:r w:rsidRPr="00E52DED">
        <w:rPr>
          <w:rFonts w:cs="Times New Roman"/>
          <w:sz w:val="24"/>
          <w:szCs w:val="24"/>
        </w:rPr>
        <w:t>vaną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gavusio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vardas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pavardė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pareigos;</w:t>
      </w:r>
    </w:p>
    <w:p w14:paraId="0171DCDB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45.6. n</w:t>
      </w:r>
      <w:proofErr w:type="spellStart"/>
      <w:r w:rsidRPr="00E52DED">
        <w:rPr>
          <w:rFonts w:cs="Times New Roman"/>
          <w:sz w:val="24"/>
          <w:szCs w:val="24"/>
        </w:rPr>
        <w:t>ustatyta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numanoma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vertė;</w:t>
      </w:r>
    </w:p>
    <w:p w14:paraId="73A22D1E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45.7. K</w:t>
      </w:r>
      <w:proofErr w:type="spellStart"/>
      <w:r w:rsidRPr="00E52DED">
        <w:rPr>
          <w:rFonts w:cs="Times New Roman"/>
          <w:sz w:val="24"/>
          <w:szCs w:val="24"/>
        </w:rPr>
        <w:t>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numeris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buvo</w:t>
      </w:r>
      <w:proofErr w:type="spellEnd"/>
      <w:r w:rsidRPr="00E52DED">
        <w:rPr>
          <w:rFonts w:cs="Times New Roman"/>
          <w:sz w:val="24"/>
          <w:szCs w:val="24"/>
        </w:rPr>
        <w:t xml:space="preserve"> vertinama;</w:t>
      </w:r>
    </w:p>
    <w:p w14:paraId="62C9DA02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45.8. p</w:t>
      </w:r>
      <w:proofErr w:type="spellStart"/>
      <w:r w:rsidRPr="00E52DED">
        <w:rPr>
          <w:rFonts w:cs="Times New Roman"/>
          <w:sz w:val="24"/>
          <w:szCs w:val="24"/>
        </w:rPr>
        <w:t>riimtas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statusas;</w:t>
      </w:r>
    </w:p>
    <w:p w14:paraId="56B08583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45.9. </w:t>
      </w:r>
      <w:proofErr w:type="spellStart"/>
      <w:r w:rsidRPr="00E52DED">
        <w:rPr>
          <w:rFonts w:cs="Times New Roman"/>
          <w:sz w:val="24"/>
          <w:szCs w:val="24"/>
        </w:rPr>
        <w:t>sprendimo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įvykdymo</w:t>
      </w:r>
      <w:proofErr w:type="spellEnd"/>
      <w:r w:rsidRPr="00E52DED">
        <w:rPr>
          <w:rFonts w:cs="Times New Roman"/>
          <w:sz w:val="24"/>
          <w:szCs w:val="24"/>
        </w:rPr>
        <w:t xml:space="preserve"> data;</w:t>
      </w:r>
    </w:p>
    <w:p w14:paraId="7136DFFA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45.10. </w:t>
      </w:r>
      <w:proofErr w:type="spellStart"/>
      <w:r w:rsidRPr="00E52DED">
        <w:rPr>
          <w:rFonts w:cs="Times New Roman"/>
          <w:sz w:val="24"/>
          <w:szCs w:val="24"/>
        </w:rPr>
        <w:t>kita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reikšminga</w:t>
      </w:r>
      <w:proofErr w:type="spellEnd"/>
      <w:r w:rsidRPr="00E52DED">
        <w:rPr>
          <w:rFonts w:cs="Times New Roman"/>
          <w:sz w:val="24"/>
          <w:szCs w:val="24"/>
        </w:rPr>
        <w:t xml:space="preserve"> informacija.</w:t>
      </w:r>
    </w:p>
    <w:p w14:paraId="454BCA13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46. D</w:t>
      </w:r>
      <w:proofErr w:type="spellStart"/>
      <w:r w:rsidRPr="00E52DED">
        <w:rPr>
          <w:rFonts w:cs="Times New Roman"/>
          <w:sz w:val="24"/>
          <w:szCs w:val="24"/>
        </w:rPr>
        <w:t>arbuotojas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informaciją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atsakingam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pateikia</w:t>
      </w:r>
      <w:proofErr w:type="spellEnd"/>
      <w:r w:rsidRPr="00E52DED">
        <w:rPr>
          <w:rFonts w:cs="Times New Roman"/>
          <w:sz w:val="24"/>
          <w:szCs w:val="24"/>
        </w:rPr>
        <w:t xml:space="preserve"> ne </w:t>
      </w:r>
      <w:proofErr w:type="spellStart"/>
      <w:r w:rsidRPr="00E52DED">
        <w:rPr>
          <w:rFonts w:cs="Times New Roman"/>
          <w:sz w:val="24"/>
          <w:szCs w:val="24"/>
        </w:rPr>
        <w:t>vėliau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per 3 </w:t>
      </w:r>
      <w:proofErr w:type="spellStart"/>
      <w:r w:rsidRPr="00E52DED">
        <w:rPr>
          <w:rFonts w:cs="Times New Roman"/>
          <w:sz w:val="24"/>
          <w:szCs w:val="24"/>
        </w:rPr>
        <w:t>darbo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dienas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gavimo</w:t>
      </w:r>
      <w:proofErr w:type="spellEnd"/>
      <w:r w:rsidRPr="00E52DED">
        <w:rPr>
          <w:rFonts w:cs="Times New Roman"/>
          <w:sz w:val="24"/>
          <w:szCs w:val="24"/>
        </w:rPr>
        <w:t xml:space="preserve">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komandiruotės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laikinojo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nedarbingumo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atostogų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objektyvaus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nebuvimo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negalėjo</w:t>
      </w:r>
      <w:proofErr w:type="spellEnd"/>
      <w:r w:rsidRPr="00E52DED">
        <w:rPr>
          <w:rFonts w:cs="Times New Roman"/>
          <w:sz w:val="24"/>
          <w:szCs w:val="24"/>
        </w:rPr>
        <w:t xml:space="preserve"> to </w:t>
      </w:r>
      <w:proofErr w:type="spellStart"/>
      <w:r w:rsidRPr="00E52DED">
        <w:rPr>
          <w:rFonts w:cs="Times New Roman"/>
          <w:sz w:val="24"/>
          <w:szCs w:val="24"/>
        </w:rPr>
        <w:t>padaryti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terminas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skaičiuojamas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nuo</w:t>
      </w:r>
      <w:proofErr w:type="spellEnd"/>
      <w:r w:rsidRPr="00E52DED">
        <w:rPr>
          <w:rFonts w:cs="Times New Roman"/>
          <w:sz w:val="24"/>
          <w:szCs w:val="24"/>
        </w:rPr>
        <w:t xml:space="preserve"> jo </w:t>
      </w:r>
      <w:proofErr w:type="spellStart"/>
      <w:r w:rsidRPr="00E52DED">
        <w:rPr>
          <w:rFonts w:cs="Times New Roman"/>
          <w:sz w:val="24"/>
          <w:szCs w:val="24"/>
        </w:rPr>
        <w:t>grįžimo</w:t>
      </w:r>
      <w:proofErr w:type="spellEnd"/>
      <w:r w:rsidRPr="00E52DED">
        <w:rPr>
          <w:rFonts w:cs="Times New Roman"/>
          <w:sz w:val="24"/>
          <w:szCs w:val="24"/>
        </w:rPr>
        <w:t xml:space="preserve"> į </w:t>
      </w:r>
      <w:proofErr w:type="spellStart"/>
      <w:r w:rsidRPr="00E52DED">
        <w:rPr>
          <w:rFonts w:cs="Times New Roman"/>
          <w:sz w:val="24"/>
          <w:szCs w:val="24"/>
        </w:rPr>
        <w:t>darbą</w:t>
      </w:r>
      <w:proofErr w:type="spellEnd"/>
      <w:r w:rsidRPr="00E52DED">
        <w:rPr>
          <w:rFonts w:cs="Times New Roman"/>
          <w:sz w:val="24"/>
          <w:szCs w:val="24"/>
        </w:rPr>
        <w:t xml:space="preserve"> dienos.</w:t>
      </w:r>
    </w:p>
    <w:p w14:paraId="0F057227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47. S</w:t>
      </w:r>
      <w:proofErr w:type="spellStart"/>
      <w:r w:rsidRPr="00E52DED">
        <w:rPr>
          <w:rFonts w:cs="Times New Roman"/>
          <w:sz w:val="24"/>
          <w:szCs w:val="24"/>
        </w:rPr>
        <w:t>iekiant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veiklos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skaidrumo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interneto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svetainėje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skelbiamas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nuasmenintas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registro</w:t>
      </w:r>
      <w:proofErr w:type="spellEnd"/>
      <w:r w:rsidRPr="00E52DED">
        <w:rPr>
          <w:rFonts w:cs="Times New Roman"/>
          <w:sz w:val="24"/>
          <w:szCs w:val="24"/>
        </w:rPr>
        <w:t xml:space="preserve"> išrašas.</w:t>
      </w:r>
    </w:p>
    <w:p w14:paraId="3D64CDDA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48. V</w:t>
      </w:r>
      <w:proofErr w:type="spellStart"/>
      <w:r w:rsidRPr="00E52DED">
        <w:rPr>
          <w:rFonts w:cs="Times New Roman"/>
          <w:sz w:val="24"/>
          <w:szCs w:val="24"/>
        </w:rPr>
        <w:t>iešai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skelbiamame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registro</w:t>
      </w:r>
      <w:proofErr w:type="spellEnd"/>
      <w:r w:rsidRPr="00E52DED">
        <w:rPr>
          <w:rFonts w:cs="Times New Roman"/>
          <w:sz w:val="24"/>
          <w:szCs w:val="24"/>
        </w:rPr>
        <w:t xml:space="preserve"> išraše:</w:t>
      </w:r>
    </w:p>
    <w:p w14:paraId="7F5298FF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48.1. f</w:t>
      </w:r>
      <w:proofErr w:type="spellStart"/>
      <w:r w:rsidRPr="00E52DED">
        <w:rPr>
          <w:rFonts w:cs="Times New Roman"/>
          <w:sz w:val="24"/>
          <w:szCs w:val="24"/>
        </w:rPr>
        <w:t>izinio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vardas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pavardė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neskelbiami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nurodoma</w:t>
      </w:r>
      <w:proofErr w:type="spellEnd"/>
      <w:r w:rsidRPr="00E52DED">
        <w:rPr>
          <w:rFonts w:cs="Times New Roman"/>
          <w:sz w:val="24"/>
          <w:szCs w:val="24"/>
        </w:rPr>
        <w:t xml:space="preserve"> „</w:t>
      </w:r>
      <w:proofErr w:type="spellStart"/>
      <w:r w:rsidRPr="00E52DED">
        <w:rPr>
          <w:rFonts w:cs="Times New Roman"/>
          <w:sz w:val="24"/>
          <w:szCs w:val="24"/>
        </w:rPr>
        <w:t>Fizinis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gramStart"/>
      <w:r w:rsidRPr="00E52DED">
        <w:rPr>
          <w:rFonts w:cs="Times New Roman"/>
          <w:sz w:val="24"/>
          <w:szCs w:val="24"/>
        </w:rPr>
        <w:t>asmuo“</w:t>
      </w:r>
      <w:proofErr w:type="gramEnd"/>
      <w:r w:rsidRPr="00E52DED">
        <w:rPr>
          <w:rFonts w:cs="Times New Roman"/>
          <w:sz w:val="24"/>
          <w:szCs w:val="24"/>
        </w:rPr>
        <w:t>;</w:t>
      </w:r>
    </w:p>
    <w:p w14:paraId="0AF8B3F3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48.2. d</w:t>
      </w:r>
      <w:proofErr w:type="spellStart"/>
      <w:r w:rsidRPr="00E52DED">
        <w:rPr>
          <w:rFonts w:cs="Times New Roman"/>
          <w:sz w:val="24"/>
          <w:szCs w:val="24"/>
        </w:rPr>
        <w:t>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gavėjo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vardas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pavardė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neskelbiami</w:t>
      </w:r>
      <w:proofErr w:type="spellEnd"/>
      <w:r w:rsidRPr="00E52DED">
        <w:rPr>
          <w:rFonts w:cs="Times New Roman"/>
          <w:sz w:val="24"/>
          <w:szCs w:val="24"/>
        </w:rPr>
        <w:t xml:space="preserve"> –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nurodomos</w:t>
      </w:r>
      <w:proofErr w:type="spellEnd"/>
      <w:r w:rsidRPr="00E52DED">
        <w:rPr>
          <w:rFonts w:cs="Times New Roman"/>
          <w:sz w:val="24"/>
          <w:szCs w:val="24"/>
        </w:rPr>
        <w:t xml:space="preserve"> jo </w:t>
      </w:r>
      <w:proofErr w:type="spellStart"/>
      <w:r w:rsidRPr="00E52DED">
        <w:rPr>
          <w:rFonts w:cs="Times New Roman"/>
          <w:sz w:val="24"/>
          <w:szCs w:val="24"/>
        </w:rPr>
        <w:t>pareigos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pareigų</w:t>
      </w:r>
      <w:proofErr w:type="spellEnd"/>
      <w:r w:rsidRPr="00E52DED">
        <w:rPr>
          <w:rFonts w:cs="Times New Roman"/>
          <w:sz w:val="24"/>
          <w:szCs w:val="24"/>
        </w:rPr>
        <w:t xml:space="preserve"> grupė;</w:t>
      </w:r>
    </w:p>
    <w:p w14:paraId="43265E78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48.3. n</w:t>
      </w:r>
      <w:proofErr w:type="spellStart"/>
      <w:r w:rsidRPr="00E52DED">
        <w:rPr>
          <w:rFonts w:cs="Times New Roman"/>
          <w:sz w:val="24"/>
          <w:szCs w:val="24"/>
        </w:rPr>
        <w:t>eskelbiami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kontaktiniai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duomenys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parašai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informacija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viešinimas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nėra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skaidrumo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tikslui</w:t>
      </w:r>
      <w:proofErr w:type="spellEnd"/>
      <w:r w:rsidRPr="00E52DED">
        <w:rPr>
          <w:rFonts w:cs="Times New Roman"/>
          <w:sz w:val="24"/>
          <w:szCs w:val="24"/>
        </w:rPr>
        <w:t xml:space="preserve"> pasiekti;</w:t>
      </w:r>
    </w:p>
    <w:p w14:paraId="0AEC0D86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48.4. j</w:t>
      </w:r>
      <w:proofErr w:type="spellStart"/>
      <w:r w:rsidRPr="00E52DED">
        <w:rPr>
          <w:rFonts w:cs="Times New Roman"/>
          <w:sz w:val="24"/>
          <w:szCs w:val="24"/>
        </w:rPr>
        <w:t>uridinio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pavadinimas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skelbiamas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nėra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teisinių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pagrindų</w:t>
      </w:r>
      <w:proofErr w:type="spellEnd"/>
      <w:r w:rsidRPr="00E52DED">
        <w:rPr>
          <w:rFonts w:cs="Times New Roman"/>
          <w:sz w:val="24"/>
          <w:szCs w:val="24"/>
        </w:rPr>
        <w:t xml:space="preserve"> jo neviešinti.</w:t>
      </w:r>
    </w:p>
    <w:p w14:paraId="5556D47E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49. D</w:t>
      </w:r>
      <w:proofErr w:type="spellStart"/>
      <w:r w:rsidRPr="00E52DED">
        <w:rPr>
          <w:rFonts w:cs="Times New Roman"/>
          <w:sz w:val="24"/>
          <w:szCs w:val="24"/>
        </w:rPr>
        <w:t>eklaruojančių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viešųjų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privačių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derinimo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įstatymo</w:t>
      </w:r>
      <w:proofErr w:type="spellEnd"/>
      <w:r w:rsidRPr="00E52DED">
        <w:rPr>
          <w:rFonts w:cs="Times New Roman"/>
          <w:sz w:val="24"/>
          <w:szCs w:val="24"/>
        </w:rPr>
        <w:t xml:space="preserve"> 13 </w:t>
      </w:r>
      <w:proofErr w:type="spellStart"/>
      <w:r w:rsidRPr="00E52DED">
        <w:rPr>
          <w:rFonts w:cs="Times New Roman"/>
          <w:sz w:val="24"/>
          <w:szCs w:val="24"/>
        </w:rPr>
        <w:t>straipsnio</w:t>
      </w:r>
      <w:proofErr w:type="spellEnd"/>
      <w:r w:rsidRPr="00E52DED">
        <w:rPr>
          <w:rFonts w:cs="Times New Roman"/>
          <w:sz w:val="24"/>
          <w:szCs w:val="24"/>
        </w:rPr>
        <w:t xml:space="preserve"> 2 </w:t>
      </w:r>
      <w:proofErr w:type="spellStart"/>
      <w:r w:rsidRPr="00E52DED">
        <w:rPr>
          <w:rFonts w:cs="Times New Roman"/>
          <w:sz w:val="24"/>
          <w:szCs w:val="24"/>
        </w:rPr>
        <w:t>dalį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viršija</w:t>
      </w:r>
      <w:proofErr w:type="spellEnd"/>
      <w:r w:rsidRPr="00E52DED">
        <w:rPr>
          <w:rFonts w:cs="Times New Roman"/>
          <w:sz w:val="24"/>
          <w:szCs w:val="24"/>
        </w:rPr>
        <w:t xml:space="preserve"> 150 </w:t>
      </w:r>
      <w:proofErr w:type="spellStart"/>
      <w:r w:rsidRPr="00E52DED">
        <w:rPr>
          <w:rFonts w:cs="Times New Roman"/>
          <w:sz w:val="24"/>
          <w:szCs w:val="24"/>
        </w:rPr>
        <w:t>Eur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registruojamos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Privačių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registre</w:t>
      </w:r>
      <w:proofErr w:type="spellEnd"/>
      <w:r w:rsidRPr="00E52DED">
        <w:rPr>
          <w:rFonts w:cs="Times New Roman"/>
          <w:sz w:val="24"/>
          <w:szCs w:val="24"/>
        </w:rPr>
        <w:t xml:space="preserve"> (PINREG) Vyriausiosios </w:t>
      </w:r>
      <w:proofErr w:type="spellStart"/>
      <w:r w:rsidRPr="00E52DED">
        <w:rPr>
          <w:rFonts w:cs="Times New Roman"/>
          <w:sz w:val="24"/>
          <w:szCs w:val="24"/>
        </w:rPr>
        <w:t>tarnybinės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etikos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tvarka</w:t>
      </w:r>
      <w:proofErr w:type="spellEnd"/>
      <w:r w:rsidRPr="00E52DED">
        <w:rPr>
          <w:rFonts w:cs="Times New Roman"/>
          <w:sz w:val="24"/>
          <w:szCs w:val="24"/>
        </w:rPr>
        <w:t xml:space="preserve">. </w:t>
      </w:r>
      <w:proofErr w:type="spellStart"/>
      <w:r w:rsidRPr="00E52DED">
        <w:rPr>
          <w:rFonts w:cs="Times New Roman"/>
          <w:sz w:val="24"/>
          <w:szCs w:val="24"/>
        </w:rPr>
        <w:t>Tokios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neviršija</w:t>
      </w:r>
      <w:proofErr w:type="spellEnd"/>
      <w:r w:rsidRPr="00E52DED">
        <w:rPr>
          <w:rFonts w:cs="Times New Roman"/>
          <w:sz w:val="24"/>
          <w:szCs w:val="24"/>
        </w:rPr>
        <w:t xml:space="preserve"> 150 </w:t>
      </w:r>
      <w:proofErr w:type="spellStart"/>
      <w:r w:rsidRPr="00E52DED">
        <w:rPr>
          <w:rFonts w:cs="Times New Roman"/>
          <w:sz w:val="24"/>
          <w:szCs w:val="24"/>
        </w:rPr>
        <w:t>Eur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registruojamos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vidaus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atvejais</w:t>
      </w:r>
      <w:proofErr w:type="spellEnd"/>
      <w:r w:rsidRPr="00E52DED">
        <w:rPr>
          <w:rFonts w:cs="Times New Roman"/>
          <w:sz w:val="24"/>
          <w:szCs w:val="24"/>
        </w:rPr>
        <w:t xml:space="preserve">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Vyriausioji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tarnybinės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etikos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pareigą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Gimnazijoje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nustatoma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tvarka</w:t>
      </w:r>
      <w:proofErr w:type="spellEnd"/>
      <w:r w:rsidRPr="00E52DED">
        <w:rPr>
          <w:rFonts w:cs="Times New Roman"/>
          <w:sz w:val="24"/>
          <w:szCs w:val="24"/>
        </w:rPr>
        <w:t xml:space="preserve"> PINREG </w:t>
      </w:r>
      <w:proofErr w:type="spellStart"/>
      <w:r w:rsidRPr="00E52DED">
        <w:rPr>
          <w:rFonts w:cs="Times New Roman"/>
          <w:sz w:val="24"/>
          <w:szCs w:val="24"/>
        </w:rPr>
        <w:t>registruoti</w:t>
      </w:r>
      <w:proofErr w:type="spellEnd"/>
      <w:r w:rsidRPr="00E52DED">
        <w:rPr>
          <w:rFonts w:cs="Times New Roman"/>
          <w:sz w:val="24"/>
          <w:szCs w:val="24"/>
        </w:rPr>
        <w:t xml:space="preserve"> visas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Viešųjų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privačių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derinimo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įstatymo</w:t>
      </w:r>
      <w:proofErr w:type="spellEnd"/>
      <w:r w:rsidRPr="00E52DED">
        <w:rPr>
          <w:rFonts w:cs="Times New Roman"/>
          <w:sz w:val="24"/>
          <w:szCs w:val="24"/>
        </w:rPr>
        <w:t xml:space="preserve"> 13 </w:t>
      </w:r>
      <w:proofErr w:type="spellStart"/>
      <w:r w:rsidRPr="00E52DED">
        <w:rPr>
          <w:rFonts w:cs="Times New Roman"/>
          <w:sz w:val="24"/>
          <w:szCs w:val="24"/>
        </w:rPr>
        <w:t>straipsnio</w:t>
      </w:r>
      <w:proofErr w:type="spellEnd"/>
      <w:r w:rsidRPr="00E52DED">
        <w:rPr>
          <w:rFonts w:cs="Times New Roman"/>
          <w:sz w:val="24"/>
          <w:szCs w:val="24"/>
        </w:rPr>
        <w:t xml:space="preserve"> 2 </w:t>
      </w:r>
      <w:proofErr w:type="spellStart"/>
      <w:r w:rsidRPr="00E52DED">
        <w:rPr>
          <w:rFonts w:cs="Times New Roman"/>
          <w:sz w:val="24"/>
          <w:szCs w:val="24"/>
        </w:rPr>
        <w:t>dalį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gaunamas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nepriklausomai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registruojamos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PINREG.</w:t>
      </w:r>
    </w:p>
    <w:p w14:paraId="275DEF1E" w14:textId="77777777" w:rsidR="00D97BA4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50. </w:t>
      </w:r>
      <w:proofErr w:type="spellStart"/>
      <w:r w:rsidRPr="00E52DED">
        <w:rPr>
          <w:rFonts w:cs="Times New Roman"/>
          <w:sz w:val="24"/>
          <w:szCs w:val="24"/>
        </w:rPr>
        <w:t>Vidaus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vertinimu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perdavimu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grąžinimu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bei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susiję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dokumentai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saugomi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dokumentacijos</w:t>
      </w:r>
      <w:proofErr w:type="spellEnd"/>
      <w:r w:rsidRPr="00E52DED">
        <w:rPr>
          <w:rFonts w:cs="Times New Roman"/>
          <w:sz w:val="24"/>
          <w:szCs w:val="24"/>
        </w:rPr>
        <w:t xml:space="preserve"> plano </w:t>
      </w:r>
      <w:proofErr w:type="spellStart"/>
      <w:r w:rsidRPr="00E52DED">
        <w:rPr>
          <w:rFonts w:cs="Times New Roman"/>
          <w:sz w:val="24"/>
          <w:szCs w:val="24"/>
        </w:rPr>
        <w:t>nustatytais</w:t>
      </w:r>
      <w:proofErr w:type="spellEnd"/>
      <w:r w:rsidRPr="00E52DED">
        <w:rPr>
          <w:rFonts w:cs="Times New Roman"/>
          <w:sz w:val="24"/>
          <w:szCs w:val="24"/>
        </w:rPr>
        <w:t xml:space="preserve"> terminais.</w:t>
      </w:r>
    </w:p>
    <w:p w14:paraId="69C6C191" w14:textId="73A1F5C1" w:rsidR="003E66CB" w:rsidRPr="00E52DED" w:rsidRDefault="00C77B29" w:rsidP="00D97BA4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50¹. P</w:t>
      </w:r>
      <w:proofErr w:type="spellStart"/>
      <w:r w:rsidRPr="00E52DED">
        <w:rPr>
          <w:rFonts w:cs="Times New Roman"/>
          <w:sz w:val="24"/>
          <w:szCs w:val="24"/>
        </w:rPr>
        <w:t>rieiga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vidaus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duomenų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suteikiama</w:t>
      </w:r>
      <w:proofErr w:type="spellEnd"/>
      <w:r w:rsidRPr="00E52DED">
        <w:rPr>
          <w:rFonts w:cs="Times New Roman"/>
          <w:sz w:val="24"/>
          <w:szCs w:val="24"/>
        </w:rPr>
        <w:t xml:space="preserve"> tik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direktoriui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atsakingam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asmeniui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nariams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tiek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kiek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funkcijoms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vykdyti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apskaitą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tvarkantiems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asmenims</w:t>
      </w:r>
      <w:proofErr w:type="spellEnd"/>
      <w:r w:rsidRPr="00E52DED">
        <w:rPr>
          <w:rFonts w:cs="Times New Roman"/>
          <w:sz w:val="24"/>
          <w:szCs w:val="24"/>
        </w:rPr>
        <w:t xml:space="preserve">, kai </w:t>
      </w:r>
      <w:proofErr w:type="spellStart"/>
      <w:r w:rsidRPr="00E52DED">
        <w:rPr>
          <w:rFonts w:cs="Times New Roman"/>
          <w:sz w:val="24"/>
          <w:szCs w:val="24"/>
        </w:rPr>
        <w:t>duomenys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būtini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turto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teisę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tokius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duomenis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turinčioms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institucijoms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77DB1D0F" w14:textId="77777777" w:rsidR="00D97BA4" w:rsidRDefault="00D97BA4" w:rsidP="00D97BA4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08FCD82E" w14:textId="1EBA9B0E" w:rsidR="003E66CB" w:rsidRPr="00E52DED" w:rsidRDefault="00C77B29" w:rsidP="00D97BA4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lastRenderedPageBreak/>
        <w:t>IX SKYRIUS</w:t>
      </w:r>
    </w:p>
    <w:p w14:paraId="66FE23E4" w14:textId="77777777" w:rsidR="003E66CB" w:rsidRDefault="00C77B29" w:rsidP="00D97BA4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DOVANŲ VERTINIMAS, PERDAVIMAS IR APSKAITA</w:t>
      </w:r>
    </w:p>
    <w:p w14:paraId="24D2043F" w14:textId="77777777" w:rsidR="00B81E0F" w:rsidRPr="00E52DED" w:rsidRDefault="00B81E0F" w:rsidP="00D97BA4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14A94936" w14:textId="77777777" w:rsidR="00D97BA4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51.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perduodama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vertinti</w:t>
      </w:r>
      <w:proofErr w:type="spellEnd"/>
      <w:r w:rsidRPr="00E52DED">
        <w:rPr>
          <w:rFonts w:cs="Times New Roman"/>
          <w:sz w:val="24"/>
          <w:szCs w:val="24"/>
        </w:rPr>
        <w:t>, kai:</w:t>
      </w:r>
    </w:p>
    <w:p w14:paraId="234E6B23" w14:textId="77777777" w:rsidR="00D97BA4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51.1.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nėra</w:t>
      </w:r>
      <w:proofErr w:type="spellEnd"/>
      <w:r w:rsidRPr="00E52DED">
        <w:rPr>
          <w:rFonts w:cs="Times New Roman"/>
          <w:sz w:val="24"/>
          <w:szCs w:val="24"/>
        </w:rPr>
        <w:t xml:space="preserve"> aiški;</w:t>
      </w:r>
    </w:p>
    <w:p w14:paraId="1AF39D58" w14:textId="77777777" w:rsidR="00D97BA4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51.2. y</w:t>
      </w:r>
      <w:proofErr w:type="spellStart"/>
      <w:r w:rsidRPr="00E52DED">
        <w:rPr>
          <w:rFonts w:cs="Times New Roman"/>
          <w:sz w:val="24"/>
          <w:szCs w:val="24"/>
        </w:rPr>
        <w:t>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pagrindo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manyti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kad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deklaruojančio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tarptautinį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protokolą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tradicijas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reprezentacijai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viršyti</w:t>
      </w:r>
      <w:proofErr w:type="spellEnd"/>
      <w:r w:rsidRPr="00E52DED">
        <w:rPr>
          <w:rFonts w:cs="Times New Roman"/>
          <w:sz w:val="24"/>
          <w:szCs w:val="24"/>
        </w:rPr>
        <w:t xml:space="preserve"> 150 Eur;</w:t>
      </w:r>
    </w:p>
    <w:p w14:paraId="5DF6E345" w14:textId="77777777" w:rsidR="00D97BA4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51.3. k</w:t>
      </w:r>
      <w:proofErr w:type="spellStart"/>
      <w:r w:rsidRPr="00E52DED">
        <w:rPr>
          <w:rFonts w:cs="Times New Roman"/>
          <w:sz w:val="24"/>
          <w:szCs w:val="24"/>
        </w:rPr>
        <w:t>yla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abejonių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statuso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priimtinumo;</w:t>
      </w:r>
    </w:p>
    <w:p w14:paraId="67AA4141" w14:textId="77777777" w:rsidR="00D97BA4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51.4. bū</w:t>
      </w:r>
      <w:proofErr w:type="spellStart"/>
      <w:r w:rsidRPr="00E52DED">
        <w:rPr>
          <w:rFonts w:cs="Times New Roman"/>
          <w:sz w:val="24"/>
          <w:szCs w:val="24"/>
        </w:rPr>
        <w:t>tina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netoleruotinos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negalima</w:t>
      </w:r>
      <w:proofErr w:type="spellEnd"/>
      <w:r w:rsidRPr="00E52DED">
        <w:rPr>
          <w:rFonts w:cs="Times New Roman"/>
          <w:sz w:val="24"/>
          <w:szCs w:val="24"/>
        </w:rPr>
        <w:t xml:space="preserve"> grąžinti;</w:t>
      </w:r>
    </w:p>
    <w:p w14:paraId="0FE06F03" w14:textId="77777777" w:rsidR="00D97BA4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51.5. do</w:t>
      </w:r>
      <w:proofErr w:type="spellStart"/>
      <w:r w:rsidRPr="00E52DED">
        <w:rPr>
          <w:rFonts w:cs="Times New Roman"/>
          <w:sz w:val="24"/>
          <w:szCs w:val="24"/>
        </w:rPr>
        <w:t>vaną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gavo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VII </w:t>
      </w:r>
      <w:proofErr w:type="spellStart"/>
      <w:r w:rsidRPr="00E52DED">
        <w:rPr>
          <w:rFonts w:cs="Times New Roman"/>
          <w:sz w:val="24"/>
          <w:szCs w:val="24"/>
        </w:rPr>
        <w:t>skyrių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sprendimas.</w:t>
      </w:r>
    </w:p>
    <w:p w14:paraId="2FD3AAEB" w14:textId="77777777" w:rsidR="00D97BA4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52. K</w:t>
      </w:r>
      <w:proofErr w:type="spellStart"/>
      <w:r w:rsidRPr="00E52DED">
        <w:rPr>
          <w:rFonts w:cs="Times New Roman"/>
          <w:sz w:val="24"/>
          <w:szCs w:val="24"/>
        </w:rPr>
        <w:t>omisija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sudaroma</w:t>
      </w:r>
      <w:proofErr w:type="spellEnd"/>
      <w:r w:rsidRPr="00E52DED">
        <w:rPr>
          <w:rFonts w:cs="Times New Roman"/>
          <w:sz w:val="24"/>
          <w:szCs w:val="24"/>
        </w:rPr>
        <w:t xml:space="preserve"> ne </w:t>
      </w:r>
      <w:proofErr w:type="spellStart"/>
      <w:r w:rsidRPr="00E52DED">
        <w:rPr>
          <w:rFonts w:cs="Times New Roman"/>
          <w:sz w:val="24"/>
          <w:szCs w:val="24"/>
        </w:rPr>
        <w:t>mažiau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iš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trijų</w:t>
      </w:r>
      <w:proofErr w:type="spellEnd"/>
      <w:r w:rsidRPr="00E52DED">
        <w:rPr>
          <w:rFonts w:cs="Times New Roman"/>
          <w:sz w:val="24"/>
          <w:szCs w:val="24"/>
        </w:rPr>
        <w:t xml:space="preserve"> narių.</w:t>
      </w:r>
    </w:p>
    <w:p w14:paraId="68C9AA29" w14:textId="77777777" w:rsidR="00D97BA4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53. K</w:t>
      </w:r>
      <w:proofErr w:type="spellStart"/>
      <w:r w:rsidRPr="00E52DED">
        <w:rPr>
          <w:rFonts w:cs="Times New Roman"/>
          <w:sz w:val="24"/>
          <w:szCs w:val="24"/>
        </w:rPr>
        <w:t>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narys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dalyvauti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vertinant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jis</w:t>
      </w:r>
      <w:proofErr w:type="spellEnd"/>
      <w:r w:rsidRPr="00E52DED">
        <w:rPr>
          <w:rFonts w:cs="Times New Roman"/>
          <w:sz w:val="24"/>
          <w:szCs w:val="24"/>
        </w:rPr>
        <w:t xml:space="preserve"> pats </w:t>
      </w:r>
      <w:proofErr w:type="spellStart"/>
      <w:r w:rsidRPr="00E52DED">
        <w:rPr>
          <w:rFonts w:cs="Times New Roman"/>
          <w:sz w:val="24"/>
          <w:szCs w:val="24"/>
        </w:rPr>
        <w:t>yra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gavėjas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dovanotojas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yra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susijęs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arba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yra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aplinkybių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galinčių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kelti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pagrįstų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abejonių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jo nešališkumo.</w:t>
      </w:r>
    </w:p>
    <w:p w14:paraId="7E6568E6" w14:textId="77777777" w:rsidR="00D97BA4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54. D</w:t>
      </w:r>
      <w:proofErr w:type="spellStart"/>
      <w:r w:rsidRPr="00E52DED">
        <w:rPr>
          <w:rFonts w:cs="Times New Roman"/>
          <w:sz w:val="24"/>
          <w:szCs w:val="24"/>
        </w:rPr>
        <w:t>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nustatoma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atsižvelgiant</w:t>
      </w:r>
      <w:proofErr w:type="spellEnd"/>
      <w:r w:rsidRPr="00E52DED">
        <w:rPr>
          <w:rFonts w:cs="Times New Roman"/>
          <w:sz w:val="24"/>
          <w:szCs w:val="24"/>
        </w:rPr>
        <w:t xml:space="preserve"> į ant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pakuotės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nurodytą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kainą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įsigijimo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dokumentus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tapačių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panašių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daiktų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rinkos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kainas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gamintojo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tiekėjo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prekybininko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viešai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skelbiamą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informaciją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objektyvius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bei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patikimus</w:t>
      </w:r>
      <w:proofErr w:type="spellEnd"/>
      <w:r w:rsidRPr="00E52DED">
        <w:rPr>
          <w:rFonts w:cs="Times New Roman"/>
          <w:sz w:val="24"/>
          <w:szCs w:val="24"/>
        </w:rPr>
        <w:t xml:space="preserve"> duomenis.</w:t>
      </w:r>
    </w:p>
    <w:p w14:paraId="093DCEEE" w14:textId="77777777" w:rsidR="00D97BA4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55. D</w:t>
      </w:r>
      <w:proofErr w:type="spellStart"/>
      <w:r w:rsidRPr="00E52DED">
        <w:rPr>
          <w:rFonts w:cs="Times New Roman"/>
          <w:sz w:val="24"/>
          <w:szCs w:val="24"/>
        </w:rPr>
        <w:t>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nustatoma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rinkos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vertę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gavimo</w:t>
      </w:r>
      <w:proofErr w:type="spellEnd"/>
      <w:r w:rsidRPr="00E52DED">
        <w:rPr>
          <w:rFonts w:cs="Times New Roman"/>
          <w:sz w:val="24"/>
          <w:szCs w:val="24"/>
        </w:rPr>
        <w:t xml:space="preserve"> dieną.</w:t>
      </w:r>
    </w:p>
    <w:p w14:paraId="5320E7B3" w14:textId="77777777" w:rsidR="00B81E0F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56. K</w:t>
      </w:r>
      <w:proofErr w:type="spellStart"/>
      <w:r w:rsidRPr="00E52DED">
        <w:rPr>
          <w:rFonts w:cs="Times New Roman"/>
          <w:sz w:val="24"/>
          <w:szCs w:val="24"/>
        </w:rPr>
        <w:t>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įforminamas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2 </w:t>
      </w:r>
      <w:proofErr w:type="spellStart"/>
      <w:r w:rsidRPr="00E52DED">
        <w:rPr>
          <w:rFonts w:cs="Times New Roman"/>
          <w:sz w:val="24"/>
          <w:szCs w:val="24"/>
        </w:rPr>
        <w:t>priede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nustatytą</w:t>
      </w:r>
      <w:proofErr w:type="spellEnd"/>
      <w:r w:rsidRPr="00E52DED">
        <w:rPr>
          <w:rFonts w:cs="Times New Roman"/>
          <w:sz w:val="24"/>
          <w:szCs w:val="24"/>
        </w:rPr>
        <w:t xml:space="preserve"> formą.</w:t>
      </w:r>
    </w:p>
    <w:p w14:paraId="02F54070" w14:textId="77777777" w:rsidR="00B81E0F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57. K</w:t>
      </w:r>
      <w:proofErr w:type="spellStart"/>
      <w:r w:rsidRPr="00E52DED">
        <w:rPr>
          <w:rFonts w:cs="Times New Roman"/>
          <w:sz w:val="24"/>
          <w:szCs w:val="24"/>
        </w:rPr>
        <w:t>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dalyvaujančių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balsų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dauguma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įrašomas</w:t>
      </w:r>
      <w:proofErr w:type="spellEnd"/>
      <w:r w:rsidRPr="00E52DED">
        <w:rPr>
          <w:rFonts w:cs="Times New Roman"/>
          <w:sz w:val="24"/>
          <w:szCs w:val="24"/>
        </w:rPr>
        <w:t xml:space="preserve"> į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vertinimo</w:t>
      </w:r>
      <w:proofErr w:type="spellEnd"/>
      <w:r w:rsidRPr="00E52DED">
        <w:rPr>
          <w:rFonts w:cs="Times New Roman"/>
          <w:sz w:val="24"/>
          <w:szCs w:val="24"/>
        </w:rPr>
        <w:t xml:space="preserve"> aktą.</w:t>
      </w:r>
    </w:p>
    <w:p w14:paraId="175A4F10" w14:textId="77777777" w:rsidR="00B81E0F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57¹.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posėdis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teisėtas</w:t>
      </w:r>
      <w:proofErr w:type="spellEnd"/>
      <w:r w:rsidRPr="00E52DED">
        <w:rPr>
          <w:rFonts w:cs="Times New Roman"/>
          <w:sz w:val="24"/>
          <w:szCs w:val="24"/>
        </w:rPr>
        <w:t xml:space="preserve">, kai </w:t>
      </w:r>
      <w:proofErr w:type="spellStart"/>
      <w:r w:rsidRPr="00E52DED">
        <w:rPr>
          <w:rFonts w:cs="Times New Roman"/>
          <w:sz w:val="24"/>
          <w:szCs w:val="24"/>
        </w:rPr>
        <w:t>jame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dalyvauja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daugiau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pusė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narių</w:t>
      </w:r>
      <w:proofErr w:type="spellEnd"/>
      <w:r w:rsidRPr="00E52DED">
        <w:rPr>
          <w:rFonts w:cs="Times New Roman"/>
          <w:sz w:val="24"/>
          <w:szCs w:val="24"/>
        </w:rPr>
        <w:t xml:space="preserve">.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priimami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posėdyje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dalyvaujančių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balsų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dauguma</w:t>
      </w:r>
      <w:proofErr w:type="spellEnd"/>
      <w:r w:rsidRPr="00E52DED">
        <w:rPr>
          <w:rFonts w:cs="Times New Roman"/>
          <w:sz w:val="24"/>
          <w:szCs w:val="24"/>
        </w:rPr>
        <w:t xml:space="preserve">. Balsams </w:t>
      </w:r>
      <w:proofErr w:type="spellStart"/>
      <w:r w:rsidRPr="00E52DED">
        <w:rPr>
          <w:rFonts w:cs="Times New Roman"/>
          <w:sz w:val="24"/>
          <w:szCs w:val="24"/>
        </w:rPr>
        <w:t>pasiskirsčius</w:t>
      </w:r>
      <w:proofErr w:type="spellEnd"/>
      <w:r w:rsidRPr="00E52DED">
        <w:rPr>
          <w:rFonts w:cs="Times New Roman"/>
          <w:sz w:val="24"/>
          <w:szCs w:val="24"/>
        </w:rPr>
        <w:t xml:space="preserve"> po </w:t>
      </w:r>
      <w:proofErr w:type="spellStart"/>
      <w:r w:rsidRPr="00E52DED">
        <w:rPr>
          <w:rFonts w:cs="Times New Roman"/>
          <w:sz w:val="24"/>
          <w:szCs w:val="24"/>
        </w:rPr>
        <w:t>lygiai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lemia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pirmininko</w:t>
      </w:r>
      <w:proofErr w:type="spellEnd"/>
      <w:r w:rsidRPr="00E52DED">
        <w:rPr>
          <w:rFonts w:cs="Times New Roman"/>
          <w:sz w:val="24"/>
          <w:szCs w:val="24"/>
        </w:rPr>
        <w:t xml:space="preserve"> balsas.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Komisijos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pirmininkas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nusišalina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posėdžiui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pirmininkaujantį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narį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iš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savo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išsirenka</w:t>
      </w:r>
      <w:proofErr w:type="spellEnd"/>
      <w:r w:rsidRPr="00E52DED">
        <w:rPr>
          <w:rFonts w:cs="Times New Roman"/>
          <w:sz w:val="24"/>
          <w:szCs w:val="24"/>
        </w:rPr>
        <w:t xml:space="preserve"> Komisija.</w:t>
      </w:r>
    </w:p>
    <w:p w14:paraId="5B4C7211" w14:textId="77777777" w:rsidR="00B81E0F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58.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deklaruojančio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tarptautinį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protokolą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tarnybinėmis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pareigomis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susijusias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tradicijas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reprezentacijai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gautos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viršija</w:t>
      </w:r>
      <w:proofErr w:type="spellEnd"/>
      <w:r w:rsidRPr="00E52DED">
        <w:rPr>
          <w:rFonts w:cs="Times New Roman"/>
          <w:sz w:val="24"/>
          <w:szCs w:val="24"/>
        </w:rPr>
        <w:t xml:space="preserve"> 150 </w:t>
      </w:r>
      <w:proofErr w:type="spellStart"/>
      <w:r w:rsidRPr="00E52DED">
        <w:rPr>
          <w:rFonts w:cs="Times New Roman"/>
          <w:sz w:val="24"/>
          <w:szCs w:val="24"/>
        </w:rPr>
        <w:t>Eur</w:t>
      </w:r>
      <w:proofErr w:type="spellEnd"/>
      <w:r w:rsidRPr="00E52DED">
        <w:rPr>
          <w:rFonts w:cs="Times New Roman"/>
          <w:sz w:val="24"/>
          <w:szCs w:val="24"/>
        </w:rPr>
        <w:t xml:space="preserve">, ji </w:t>
      </w:r>
      <w:proofErr w:type="spellStart"/>
      <w:r w:rsidRPr="00E52DED">
        <w:rPr>
          <w:rFonts w:cs="Times New Roman"/>
          <w:sz w:val="24"/>
          <w:szCs w:val="24"/>
        </w:rPr>
        <w:t>registruojama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perduodama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apskaitoma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savivaldybės</w:t>
      </w:r>
      <w:proofErr w:type="spellEnd"/>
      <w:r w:rsidRPr="00E52DED">
        <w:rPr>
          <w:rFonts w:cs="Times New Roman"/>
          <w:sz w:val="24"/>
          <w:szCs w:val="24"/>
        </w:rPr>
        <w:t xml:space="preserve"> nuosavybė.</w:t>
      </w:r>
    </w:p>
    <w:p w14:paraId="5A37D072" w14:textId="77777777" w:rsidR="00B81E0F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59. G</w:t>
      </w:r>
      <w:proofErr w:type="spellStart"/>
      <w:r w:rsidRPr="00E52DED">
        <w:rPr>
          <w:rFonts w:cs="Times New Roman"/>
          <w:sz w:val="24"/>
          <w:szCs w:val="24"/>
        </w:rPr>
        <w:t>imnazijai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įtraukiamos</w:t>
      </w:r>
      <w:proofErr w:type="spellEnd"/>
      <w:r w:rsidRPr="00E52DED">
        <w:rPr>
          <w:rFonts w:cs="Times New Roman"/>
          <w:sz w:val="24"/>
          <w:szCs w:val="24"/>
        </w:rPr>
        <w:t xml:space="preserve"> į </w:t>
      </w:r>
      <w:proofErr w:type="spellStart"/>
      <w:r w:rsidRPr="00E52DED">
        <w:rPr>
          <w:rFonts w:cs="Times New Roman"/>
          <w:sz w:val="24"/>
          <w:szCs w:val="24"/>
        </w:rPr>
        <w:t>apskaitą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pagal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pobūdį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vertę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galiojančius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reikalavimus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turi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apskaitomos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naudojamos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vadovaujantis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viešojo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sektoriaus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turto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valdymą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reglamentuojančiais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apskaitos</w:t>
      </w:r>
      <w:proofErr w:type="spellEnd"/>
      <w:r w:rsidRPr="00E52DED">
        <w:rPr>
          <w:rFonts w:cs="Times New Roman"/>
          <w:sz w:val="24"/>
          <w:szCs w:val="24"/>
        </w:rPr>
        <w:t xml:space="preserve"> politika.</w:t>
      </w:r>
    </w:p>
    <w:p w14:paraId="1135F767" w14:textId="696B736B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60. G</w:t>
      </w:r>
      <w:proofErr w:type="spellStart"/>
      <w:r w:rsidRPr="00E52DED">
        <w:rPr>
          <w:rFonts w:cs="Times New Roman"/>
          <w:sz w:val="24"/>
          <w:szCs w:val="24"/>
        </w:rPr>
        <w:t>imnazijai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gavusio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asmeniniam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naudojimui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išskyrus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aktuose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aiškiai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leidžiamus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atvejus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045641B8" w14:textId="77777777" w:rsidR="00B81E0F" w:rsidRDefault="00B81E0F" w:rsidP="00B81E0F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5E60DFEA" w14:textId="0297604E" w:rsidR="003E66CB" w:rsidRPr="00E52DED" w:rsidRDefault="00C77B29" w:rsidP="00B81E0F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X SKYRIUS</w:t>
      </w:r>
    </w:p>
    <w:p w14:paraId="457B085F" w14:textId="77777777" w:rsidR="003E66CB" w:rsidRDefault="00C77B29" w:rsidP="00B81E0F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DOVANOS IR PARAMA GIMNAZIJAI</w:t>
      </w:r>
    </w:p>
    <w:p w14:paraId="061CDD3F" w14:textId="77777777" w:rsidR="00B81E0F" w:rsidRPr="00E52DED" w:rsidRDefault="00B81E0F" w:rsidP="00B81E0F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1BFD01BA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61.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perduodama</w:t>
      </w:r>
      <w:proofErr w:type="spellEnd"/>
      <w:r w:rsidRPr="00E52DED">
        <w:rPr>
          <w:rFonts w:cs="Times New Roman"/>
          <w:sz w:val="24"/>
          <w:szCs w:val="24"/>
        </w:rPr>
        <w:t xml:space="preserve"> ne </w:t>
      </w:r>
      <w:proofErr w:type="spellStart"/>
      <w:r w:rsidRPr="00E52DED">
        <w:rPr>
          <w:rFonts w:cs="Times New Roman"/>
          <w:sz w:val="24"/>
          <w:szCs w:val="24"/>
        </w:rPr>
        <w:t>konkrečiam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darbuotojui</w:t>
      </w:r>
      <w:proofErr w:type="spellEnd"/>
      <w:r w:rsidRPr="00E52DED">
        <w:rPr>
          <w:rFonts w:cs="Times New Roman"/>
          <w:sz w:val="24"/>
          <w:szCs w:val="24"/>
        </w:rPr>
        <w:t xml:space="preserve">, o </w:t>
      </w:r>
      <w:proofErr w:type="spellStart"/>
      <w:r w:rsidRPr="00E52DED">
        <w:rPr>
          <w:rFonts w:cs="Times New Roman"/>
          <w:sz w:val="24"/>
          <w:szCs w:val="24"/>
        </w:rPr>
        <w:t>Gimnazijai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juridiniam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veiklai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ugdymo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aplinkai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bendruomenės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reikmėms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nelaikoma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asmenine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5437EE8C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62. </w:t>
      </w:r>
      <w:proofErr w:type="spellStart"/>
      <w:r w:rsidRPr="00E52DED">
        <w:rPr>
          <w:rFonts w:cs="Times New Roman"/>
          <w:sz w:val="24"/>
          <w:szCs w:val="24"/>
        </w:rPr>
        <w:t>Sprendimą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siūlomo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turto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įgaliotas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asmuo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įvertinęs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priėmimo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teisėtumą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tikslingumą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galimus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įsipareigojimus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interesų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konfliktų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korupcijos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rizikas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00C7509F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63. </w:t>
      </w:r>
      <w:proofErr w:type="spellStart"/>
      <w:r w:rsidRPr="00E52DED">
        <w:rPr>
          <w:rFonts w:cs="Times New Roman"/>
          <w:sz w:val="24"/>
          <w:szCs w:val="24"/>
        </w:rPr>
        <w:t>Gimnazijai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neatlygintinai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perduodamas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turtas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priimamas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įforminamas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registruojamas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apskaitomas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bei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apskaitos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politikos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tvarka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796C9C7B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64. </w:t>
      </w:r>
      <w:proofErr w:type="spellStart"/>
      <w:r w:rsidRPr="00E52DED">
        <w:rPr>
          <w:rFonts w:cs="Times New Roman"/>
          <w:sz w:val="24"/>
          <w:szCs w:val="24"/>
        </w:rPr>
        <w:t>Asmenys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norintys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skirti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piniginę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kitokią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paramą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ją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teikia</w:t>
      </w:r>
      <w:proofErr w:type="spellEnd"/>
      <w:r w:rsidRPr="00E52DED">
        <w:rPr>
          <w:rFonts w:cs="Times New Roman"/>
          <w:sz w:val="24"/>
          <w:szCs w:val="24"/>
        </w:rPr>
        <w:t xml:space="preserve">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labdaros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paramos </w:t>
      </w:r>
      <w:proofErr w:type="spellStart"/>
      <w:r w:rsidRPr="00E52DED">
        <w:rPr>
          <w:rFonts w:cs="Times New Roman"/>
          <w:sz w:val="24"/>
          <w:szCs w:val="24"/>
        </w:rPr>
        <w:t>įstatymo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tvarka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56BC07C8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65. </w:t>
      </w:r>
      <w:proofErr w:type="spellStart"/>
      <w:r w:rsidRPr="00E52DED">
        <w:rPr>
          <w:rFonts w:cs="Times New Roman"/>
          <w:sz w:val="24"/>
          <w:szCs w:val="24"/>
        </w:rPr>
        <w:t>Piniginė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perduodama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konkrečiam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grynaisiais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pinigais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į jo </w:t>
      </w:r>
      <w:proofErr w:type="spellStart"/>
      <w:r w:rsidRPr="00E52DED">
        <w:rPr>
          <w:rFonts w:cs="Times New Roman"/>
          <w:sz w:val="24"/>
          <w:szCs w:val="24"/>
        </w:rPr>
        <w:t>asmeninę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banko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sąskaitą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068354A8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66. </w:t>
      </w:r>
      <w:proofErr w:type="spellStart"/>
      <w:r w:rsidRPr="00E52DED">
        <w:rPr>
          <w:rFonts w:cs="Times New Roman"/>
          <w:sz w:val="24"/>
          <w:szCs w:val="24"/>
        </w:rPr>
        <w:t>Dovana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parama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siejama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reikalavimu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lūkesčiu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susitarimu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dėl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palankaus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konkrečiam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mokiniui</w:t>
      </w:r>
      <w:proofErr w:type="spellEnd"/>
      <w:r w:rsidRPr="00E52DED">
        <w:rPr>
          <w:rFonts w:cs="Times New Roman"/>
          <w:sz w:val="24"/>
          <w:szCs w:val="24"/>
        </w:rPr>
        <w:t xml:space="preserve">, jo </w:t>
      </w:r>
      <w:proofErr w:type="spellStart"/>
      <w:r w:rsidRPr="00E52DED">
        <w:rPr>
          <w:rFonts w:cs="Times New Roman"/>
          <w:sz w:val="24"/>
          <w:szCs w:val="24"/>
        </w:rPr>
        <w:t>šeimai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tiekėjui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rėmėjui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asmeniui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77537211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lastRenderedPageBreak/>
        <w:t xml:space="preserve">67.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savo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iniciatyva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siūlyti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mokinių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tėvams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tiekėjams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kitiems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suinteresuotiems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asmenims</w:t>
      </w:r>
      <w:proofErr w:type="spellEnd"/>
      <w:r w:rsidRPr="00E52DED">
        <w:rPr>
          <w:rFonts w:cs="Times New Roman"/>
          <w:sz w:val="24"/>
          <w:szCs w:val="24"/>
        </w:rPr>
        <w:t xml:space="preserve"> paramos </w:t>
      </w:r>
      <w:proofErr w:type="spellStart"/>
      <w:r w:rsidRPr="00E52DED">
        <w:rPr>
          <w:rFonts w:cs="Times New Roman"/>
          <w:sz w:val="24"/>
          <w:szCs w:val="24"/>
        </w:rPr>
        <w:t>Gimnazijai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sąlygos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pageidaujamo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atlygio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už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atliekamas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funkcijas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7BD5B32F" w14:textId="77777777" w:rsidR="00B81E0F" w:rsidRDefault="00B81E0F" w:rsidP="00B81E0F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574BE97D" w14:textId="132E8CA1" w:rsidR="003E66CB" w:rsidRPr="00E52DED" w:rsidRDefault="00C77B29" w:rsidP="00B81E0F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XI SKYRIUS</w:t>
      </w:r>
    </w:p>
    <w:p w14:paraId="16494F3B" w14:textId="77777777" w:rsidR="003E66CB" w:rsidRDefault="00C77B29" w:rsidP="00B81E0F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>ATSAKOMYBĖ IR BAIGIAMOSIOS NUOSTATOS</w:t>
      </w:r>
    </w:p>
    <w:p w14:paraId="75A1DA2E" w14:textId="77777777" w:rsidR="00B81E0F" w:rsidRPr="00E52DED" w:rsidRDefault="00B81E0F" w:rsidP="00B81E0F">
      <w:pPr>
        <w:pStyle w:val="SectionLegal"/>
        <w:spacing w:before="0" w:after="0" w:line="240" w:lineRule="auto"/>
        <w:rPr>
          <w:rFonts w:cs="Times New Roman"/>
          <w:sz w:val="24"/>
          <w:szCs w:val="24"/>
        </w:rPr>
      </w:pPr>
    </w:p>
    <w:p w14:paraId="157156B7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68.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užtikrina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kad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supažindinti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šiuo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jo </w:t>
      </w:r>
      <w:proofErr w:type="spellStart"/>
      <w:r w:rsidRPr="00E52DED">
        <w:rPr>
          <w:rFonts w:cs="Times New Roman"/>
          <w:sz w:val="24"/>
          <w:szCs w:val="24"/>
        </w:rPr>
        <w:t>pakeitimais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38185A83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69. </w:t>
      </w:r>
      <w:proofErr w:type="spellStart"/>
      <w:r w:rsidRPr="00E52DED">
        <w:rPr>
          <w:rFonts w:cs="Times New Roman"/>
          <w:sz w:val="24"/>
          <w:szCs w:val="24"/>
        </w:rPr>
        <w:t>Informacija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apie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Gimnazijoje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taikomą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politiką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3 </w:t>
      </w:r>
      <w:proofErr w:type="spellStart"/>
      <w:r w:rsidRPr="00E52DED">
        <w:rPr>
          <w:rFonts w:cs="Times New Roman"/>
          <w:sz w:val="24"/>
          <w:szCs w:val="24"/>
        </w:rPr>
        <w:t>priede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pateikta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atmintinė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skelbiamos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interneto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svetainėje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pateikiamos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naudojamomis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informavimo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priemonėmis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195517A1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70. </w:t>
      </w:r>
      <w:proofErr w:type="spellStart"/>
      <w:r w:rsidRPr="00E52DED">
        <w:rPr>
          <w:rFonts w:cs="Times New Roman"/>
          <w:sz w:val="24"/>
          <w:szCs w:val="24"/>
        </w:rPr>
        <w:t>Kiekvienas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asmeniškai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atsako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už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sprendimą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priimti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nepriimti</w:t>
      </w:r>
      <w:proofErr w:type="spellEnd"/>
      <w:r w:rsidRPr="00E52DED">
        <w:rPr>
          <w:rFonts w:cs="Times New Roman"/>
          <w:sz w:val="24"/>
          <w:szCs w:val="24"/>
        </w:rPr>
        <w:t xml:space="preserve"> jam </w:t>
      </w:r>
      <w:proofErr w:type="spellStart"/>
      <w:r w:rsidRPr="00E52DED">
        <w:rPr>
          <w:rFonts w:cs="Times New Roman"/>
          <w:sz w:val="24"/>
          <w:szCs w:val="24"/>
        </w:rPr>
        <w:t>siūlomą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privalo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laikytis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aktuose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bei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šiame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reikalavimų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70782C44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71. </w:t>
      </w:r>
      <w:proofErr w:type="spellStart"/>
      <w:r w:rsidRPr="00E52DED">
        <w:rPr>
          <w:rFonts w:cs="Times New Roman"/>
          <w:sz w:val="24"/>
          <w:szCs w:val="24"/>
        </w:rPr>
        <w:t>Šio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reikalavimų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nesilaikymas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atsižvelgiant</w:t>
      </w:r>
      <w:proofErr w:type="spellEnd"/>
      <w:r w:rsidRPr="00E52DED">
        <w:rPr>
          <w:rFonts w:cs="Times New Roman"/>
          <w:sz w:val="24"/>
          <w:szCs w:val="24"/>
        </w:rPr>
        <w:t xml:space="preserve"> į </w:t>
      </w:r>
      <w:proofErr w:type="spellStart"/>
      <w:r w:rsidRPr="00E52DED">
        <w:rPr>
          <w:rFonts w:cs="Times New Roman"/>
          <w:sz w:val="24"/>
          <w:szCs w:val="24"/>
        </w:rPr>
        <w:t>pažeidimo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pobūdį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aplinkybes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kaltę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gali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būti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vertinamas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kaip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pareigų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profesinės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etikos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pažeidimas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4D47100F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72. </w:t>
      </w:r>
      <w:proofErr w:type="spellStart"/>
      <w:r w:rsidRPr="00E52DED">
        <w:rPr>
          <w:rFonts w:cs="Times New Roman"/>
          <w:sz w:val="24"/>
          <w:szCs w:val="24"/>
        </w:rPr>
        <w:t>Jeigu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darbuotojo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veiksmuose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yra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administracinio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nusižengimo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darbo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pažeidimo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nusikalstamos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veikos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požymių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atsakomybės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klausimas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sprendžiamas</w:t>
      </w:r>
      <w:proofErr w:type="spellEnd"/>
      <w:r w:rsidRPr="00E52DED">
        <w:rPr>
          <w:rFonts w:cs="Times New Roman"/>
          <w:sz w:val="24"/>
          <w:szCs w:val="24"/>
        </w:rPr>
        <w:t xml:space="preserve">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nustatyta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tvarka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3A3FE3E5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73. </w:t>
      </w:r>
      <w:proofErr w:type="spellStart"/>
      <w:r w:rsidRPr="00E52DED">
        <w:rPr>
          <w:rFonts w:cs="Times New Roman"/>
          <w:sz w:val="24"/>
          <w:szCs w:val="24"/>
        </w:rPr>
        <w:t>Už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politikos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įgyvendinimo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koordinavimą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darbuotojų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konsultavimą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Dovanų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registro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administravimą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atsako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direktoriaus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įsakymu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paskirtas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atsakingas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asmuo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401696DE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74. </w:t>
      </w:r>
      <w:proofErr w:type="spellStart"/>
      <w:r w:rsidRPr="00E52DED">
        <w:rPr>
          <w:rFonts w:cs="Times New Roman"/>
          <w:sz w:val="24"/>
          <w:szCs w:val="24"/>
        </w:rPr>
        <w:t>Aprašas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skelbiamas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interneto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svetainėje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3DA691D9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75. </w:t>
      </w:r>
      <w:proofErr w:type="spellStart"/>
      <w:r w:rsidRPr="00E52DED">
        <w:rPr>
          <w:rFonts w:cs="Times New Roman"/>
          <w:sz w:val="24"/>
          <w:szCs w:val="24"/>
        </w:rPr>
        <w:t>Pasikeitus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šiam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Aprašui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reikšmingiems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aukštesnės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aktams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tiesiogiai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taikomos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galiojančių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nuostatos</w:t>
      </w:r>
      <w:proofErr w:type="spellEnd"/>
      <w:r w:rsidRPr="00E52DED">
        <w:rPr>
          <w:rFonts w:cs="Times New Roman"/>
          <w:sz w:val="24"/>
          <w:szCs w:val="24"/>
        </w:rPr>
        <w:t xml:space="preserve">, o </w:t>
      </w:r>
      <w:proofErr w:type="spellStart"/>
      <w:r w:rsidRPr="00E52DED">
        <w:rPr>
          <w:rFonts w:cs="Times New Roman"/>
          <w:sz w:val="24"/>
          <w:szCs w:val="24"/>
        </w:rPr>
        <w:t>Aprašas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atitinkamai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peržiūrimas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pakeičiamas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3A360B72" w14:textId="77777777" w:rsidR="003E66CB" w:rsidRPr="00E52DED" w:rsidRDefault="00C77B29" w:rsidP="00B81E0F">
      <w:pPr>
        <w:pStyle w:val="BodyLegal"/>
        <w:ind w:firstLine="720"/>
        <w:rPr>
          <w:rFonts w:cs="Times New Roman"/>
          <w:sz w:val="24"/>
          <w:szCs w:val="24"/>
        </w:rPr>
      </w:pPr>
      <w:r w:rsidRPr="00E52DED">
        <w:rPr>
          <w:rFonts w:cs="Times New Roman"/>
          <w:sz w:val="24"/>
          <w:szCs w:val="24"/>
        </w:rPr>
        <w:t xml:space="preserve">76. </w:t>
      </w:r>
      <w:proofErr w:type="spellStart"/>
      <w:r w:rsidRPr="00E52DED">
        <w:rPr>
          <w:rFonts w:cs="Times New Roman"/>
          <w:sz w:val="24"/>
          <w:szCs w:val="24"/>
        </w:rPr>
        <w:t>Klausimai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kurių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šis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Aprašas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nereglamentuoja</w:t>
      </w:r>
      <w:proofErr w:type="spellEnd"/>
      <w:r w:rsidRPr="00E52DED">
        <w:rPr>
          <w:rFonts w:cs="Times New Roman"/>
          <w:sz w:val="24"/>
          <w:szCs w:val="24"/>
        </w:rPr>
        <w:t xml:space="preserve">, </w:t>
      </w:r>
      <w:proofErr w:type="spellStart"/>
      <w:r w:rsidRPr="00E52DED">
        <w:rPr>
          <w:rFonts w:cs="Times New Roman"/>
          <w:sz w:val="24"/>
          <w:szCs w:val="24"/>
        </w:rPr>
        <w:t>sprendžiami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vadovaujantis</w:t>
      </w:r>
      <w:proofErr w:type="spellEnd"/>
      <w:r w:rsidRPr="00E52DED">
        <w:rPr>
          <w:rFonts w:cs="Times New Roman"/>
          <w:sz w:val="24"/>
          <w:szCs w:val="24"/>
        </w:rPr>
        <w:t xml:space="preserve"> Lietuvos </w:t>
      </w:r>
      <w:proofErr w:type="spellStart"/>
      <w:r w:rsidRPr="00E52DED">
        <w:rPr>
          <w:rFonts w:cs="Times New Roman"/>
          <w:sz w:val="24"/>
          <w:szCs w:val="24"/>
        </w:rPr>
        <w:t>Respublikos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ir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kitais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Gimnazijos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vidaus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teisės</w:t>
      </w:r>
      <w:proofErr w:type="spellEnd"/>
      <w:r w:rsidRPr="00E52DED">
        <w:rPr>
          <w:rFonts w:cs="Times New Roman"/>
          <w:sz w:val="24"/>
          <w:szCs w:val="24"/>
        </w:rPr>
        <w:t xml:space="preserve"> </w:t>
      </w:r>
      <w:proofErr w:type="spellStart"/>
      <w:r w:rsidRPr="00E52DED">
        <w:rPr>
          <w:rFonts w:cs="Times New Roman"/>
          <w:sz w:val="24"/>
          <w:szCs w:val="24"/>
        </w:rPr>
        <w:t>aktais</w:t>
      </w:r>
      <w:proofErr w:type="spellEnd"/>
      <w:r w:rsidRPr="00E52DED">
        <w:rPr>
          <w:rFonts w:cs="Times New Roman"/>
          <w:sz w:val="24"/>
          <w:szCs w:val="24"/>
        </w:rPr>
        <w:t>.</w:t>
      </w:r>
    </w:p>
    <w:p w14:paraId="4661F78B" w14:textId="77777777" w:rsidR="003E66CB" w:rsidRDefault="003E66CB">
      <w:pPr>
        <w:sectPr w:rsidR="003E66CB" w:rsidSect="00394640">
          <w:footerReference w:type="default" r:id="rId8"/>
          <w:pgSz w:w="11906" w:h="16838"/>
          <w:pgMar w:top="1134" w:right="567" w:bottom="1134" w:left="1701" w:header="454" w:footer="454" w:gutter="0"/>
          <w:cols w:space="1296"/>
        </w:sectPr>
      </w:pPr>
    </w:p>
    <w:p w14:paraId="37627540" w14:textId="77777777" w:rsidR="003E66CB" w:rsidRDefault="00C77B29">
      <w:pPr>
        <w:jc w:val="right"/>
      </w:pPr>
      <w:proofErr w:type="spellStart"/>
      <w:r>
        <w:rPr>
          <w:sz w:val="20"/>
        </w:rPr>
        <w:lastRenderedPageBreak/>
        <w:t>Plungės</w:t>
      </w:r>
      <w:proofErr w:type="spellEnd"/>
      <w:r>
        <w:rPr>
          <w:sz w:val="20"/>
        </w:rPr>
        <w:t xml:space="preserve"> „</w:t>
      </w:r>
      <w:proofErr w:type="spellStart"/>
      <w:proofErr w:type="gramStart"/>
      <w:r>
        <w:rPr>
          <w:sz w:val="20"/>
        </w:rPr>
        <w:t>Saulės</w:t>
      </w:r>
      <w:proofErr w:type="spellEnd"/>
      <w:r>
        <w:rPr>
          <w:sz w:val="20"/>
        </w:rPr>
        <w:t xml:space="preserve">“ </w:t>
      </w:r>
      <w:proofErr w:type="spellStart"/>
      <w:r>
        <w:rPr>
          <w:sz w:val="20"/>
        </w:rPr>
        <w:t>gimnazijos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dovanų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priėmimo</w:t>
      </w:r>
      <w:proofErr w:type="spellEnd"/>
      <w:r>
        <w:rPr>
          <w:sz w:val="20"/>
        </w:rPr>
        <w:t>,</w:t>
      </w:r>
      <w:r>
        <w:rPr>
          <w:sz w:val="20"/>
        </w:rPr>
        <w:br/>
      </w:r>
      <w:proofErr w:type="spellStart"/>
      <w:r>
        <w:rPr>
          <w:sz w:val="20"/>
        </w:rPr>
        <w:t>vertinimo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registravimo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apskaitos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tvarkos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aprašo</w:t>
      </w:r>
      <w:proofErr w:type="spellEnd"/>
      <w:r>
        <w:rPr>
          <w:sz w:val="20"/>
        </w:rPr>
        <w:br/>
        <w:t xml:space="preserve">1 </w:t>
      </w:r>
      <w:proofErr w:type="spellStart"/>
      <w:r>
        <w:rPr>
          <w:sz w:val="20"/>
        </w:rPr>
        <w:t>priedas</w:t>
      </w:r>
      <w:proofErr w:type="spellEnd"/>
    </w:p>
    <w:p w14:paraId="5738E55A" w14:textId="77777777" w:rsidR="003E66CB" w:rsidRDefault="00C77B29">
      <w:pPr>
        <w:jc w:val="center"/>
      </w:pPr>
      <w:r>
        <w:rPr>
          <w:b/>
          <w:sz w:val="24"/>
        </w:rPr>
        <w:t>DOVANŲ REGISTRAS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831"/>
        <w:gridCol w:w="831"/>
        <w:gridCol w:w="881"/>
        <w:gridCol w:w="831"/>
        <w:gridCol w:w="831"/>
        <w:gridCol w:w="897"/>
        <w:gridCol w:w="831"/>
        <w:gridCol w:w="831"/>
        <w:gridCol w:w="831"/>
        <w:gridCol w:w="831"/>
        <w:gridCol w:w="831"/>
        <w:gridCol w:w="831"/>
      </w:tblGrid>
      <w:tr w:rsidR="003E66CB" w14:paraId="7CC48E27" w14:textId="77777777">
        <w:trPr>
          <w:jc w:val="center"/>
        </w:trPr>
        <w:tc>
          <w:tcPr>
            <w:tcW w:w="831" w:type="dxa"/>
            <w:shd w:val="clear" w:color="auto" w:fill="D9E2F3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CC38403" w14:textId="77777777" w:rsidR="003E66CB" w:rsidRDefault="00C77B29">
            <w:pPr>
              <w:jc w:val="center"/>
            </w:pPr>
            <w:r>
              <w:rPr>
                <w:b/>
                <w:sz w:val="14"/>
              </w:rPr>
              <w:t>Eil. Nr.</w:t>
            </w:r>
          </w:p>
        </w:tc>
        <w:tc>
          <w:tcPr>
            <w:tcW w:w="831" w:type="dxa"/>
            <w:shd w:val="clear" w:color="auto" w:fill="D9E2F3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3AC4A85" w14:textId="77777777" w:rsidR="003E66CB" w:rsidRDefault="00C77B29">
            <w:pPr>
              <w:jc w:val="center"/>
            </w:pPr>
            <w:proofErr w:type="spellStart"/>
            <w:r>
              <w:rPr>
                <w:b/>
                <w:sz w:val="14"/>
              </w:rPr>
              <w:t>Dovanos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gavimo</w:t>
            </w:r>
            <w:proofErr w:type="spellEnd"/>
            <w:r>
              <w:rPr>
                <w:b/>
                <w:sz w:val="14"/>
              </w:rPr>
              <w:t xml:space="preserve"> data</w:t>
            </w:r>
          </w:p>
        </w:tc>
        <w:tc>
          <w:tcPr>
            <w:tcW w:w="831" w:type="dxa"/>
            <w:shd w:val="clear" w:color="auto" w:fill="D9E2F3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3B3AB94" w14:textId="77777777" w:rsidR="003E66CB" w:rsidRDefault="00C77B29">
            <w:pPr>
              <w:jc w:val="center"/>
            </w:pPr>
            <w:proofErr w:type="spellStart"/>
            <w:r>
              <w:rPr>
                <w:b/>
                <w:sz w:val="14"/>
              </w:rPr>
              <w:t>Registravimo</w:t>
            </w:r>
            <w:proofErr w:type="spellEnd"/>
            <w:r>
              <w:rPr>
                <w:b/>
                <w:sz w:val="14"/>
              </w:rPr>
              <w:t xml:space="preserve"> data</w:t>
            </w:r>
          </w:p>
        </w:tc>
        <w:tc>
          <w:tcPr>
            <w:tcW w:w="831" w:type="dxa"/>
            <w:shd w:val="clear" w:color="auto" w:fill="D9E2F3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ECA2FBF" w14:textId="77777777" w:rsidR="003E66CB" w:rsidRDefault="00C77B29">
            <w:pPr>
              <w:jc w:val="center"/>
            </w:pPr>
            <w:proofErr w:type="spellStart"/>
            <w:r>
              <w:rPr>
                <w:b/>
                <w:sz w:val="14"/>
              </w:rPr>
              <w:t>Dovanojimo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aplinkybės</w:t>
            </w:r>
            <w:proofErr w:type="spellEnd"/>
          </w:p>
        </w:tc>
        <w:tc>
          <w:tcPr>
            <w:tcW w:w="831" w:type="dxa"/>
            <w:shd w:val="clear" w:color="auto" w:fill="D9E2F3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D968A47" w14:textId="77777777" w:rsidR="003E66CB" w:rsidRDefault="00C77B29">
            <w:pPr>
              <w:jc w:val="center"/>
            </w:pPr>
            <w:proofErr w:type="spellStart"/>
            <w:r>
              <w:rPr>
                <w:b/>
                <w:sz w:val="14"/>
              </w:rPr>
              <w:t>Dovanos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aprašymas</w:t>
            </w:r>
            <w:proofErr w:type="spellEnd"/>
          </w:p>
        </w:tc>
        <w:tc>
          <w:tcPr>
            <w:tcW w:w="831" w:type="dxa"/>
            <w:shd w:val="clear" w:color="auto" w:fill="D9E2F3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343A21B" w14:textId="77777777" w:rsidR="003E66CB" w:rsidRDefault="00C77B29">
            <w:pPr>
              <w:jc w:val="center"/>
            </w:pPr>
            <w:proofErr w:type="spellStart"/>
            <w:r>
              <w:rPr>
                <w:b/>
                <w:sz w:val="14"/>
              </w:rPr>
              <w:t>Dovanotojas</w:t>
            </w:r>
            <w:proofErr w:type="spellEnd"/>
            <w:r>
              <w:rPr>
                <w:b/>
                <w:sz w:val="14"/>
              </w:rPr>
              <w:t>*</w:t>
            </w:r>
          </w:p>
        </w:tc>
        <w:tc>
          <w:tcPr>
            <w:tcW w:w="831" w:type="dxa"/>
            <w:shd w:val="clear" w:color="auto" w:fill="D9E2F3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4AEB741" w14:textId="77777777" w:rsidR="003E66CB" w:rsidRDefault="00C77B29">
            <w:pPr>
              <w:jc w:val="center"/>
            </w:pPr>
            <w:proofErr w:type="spellStart"/>
            <w:r>
              <w:rPr>
                <w:b/>
                <w:sz w:val="14"/>
              </w:rPr>
              <w:t>Dovanos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gavėjas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pareigos</w:t>
            </w:r>
            <w:proofErr w:type="spellEnd"/>
            <w:r>
              <w:rPr>
                <w:b/>
                <w:sz w:val="14"/>
              </w:rPr>
              <w:t>**</w:t>
            </w:r>
          </w:p>
        </w:tc>
        <w:tc>
          <w:tcPr>
            <w:tcW w:w="831" w:type="dxa"/>
            <w:shd w:val="clear" w:color="auto" w:fill="D9E2F3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DB92377" w14:textId="77777777" w:rsidR="003E66CB" w:rsidRDefault="00C77B29">
            <w:pPr>
              <w:jc w:val="center"/>
            </w:pPr>
            <w:proofErr w:type="spellStart"/>
            <w:r>
              <w:rPr>
                <w:b/>
                <w:sz w:val="14"/>
              </w:rPr>
              <w:t>Vertė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Eur</w:t>
            </w:r>
            <w:proofErr w:type="spellEnd"/>
          </w:p>
        </w:tc>
        <w:tc>
          <w:tcPr>
            <w:tcW w:w="831" w:type="dxa"/>
            <w:shd w:val="clear" w:color="auto" w:fill="D9E2F3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2924074" w14:textId="77777777" w:rsidR="003E66CB" w:rsidRDefault="00C77B29">
            <w:pPr>
              <w:jc w:val="center"/>
            </w:pPr>
            <w:proofErr w:type="spellStart"/>
            <w:r>
              <w:rPr>
                <w:b/>
                <w:sz w:val="14"/>
              </w:rPr>
              <w:t>Vertinimo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akto</w:t>
            </w:r>
            <w:proofErr w:type="spellEnd"/>
            <w:r>
              <w:rPr>
                <w:b/>
                <w:sz w:val="14"/>
              </w:rPr>
              <w:t xml:space="preserve"> Nr., data / PINREG </w:t>
            </w:r>
            <w:proofErr w:type="spellStart"/>
            <w:r>
              <w:rPr>
                <w:b/>
                <w:sz w:val="14"/>
              </w:rPr>
              <w:t>įrašo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duomenys</w:t>
            </w:r>
            <w:proofErr w:type="spellEnd"/>
          </w:p>
        </w:tc>
        <w:tc>
          <w:tcPr>
            <w:tcW w:w="831" w:type="dxa"/>
            <w:shd w:val="clear" w:color="auto" w:fill="D9E2F3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FBF9323" w14:textId="77777777" w:rsidR="003E66CB" w:rsidRDefault="00C77B29">
            <w:pPr>
              <w:jc w:val="center"/>
            </w:pPr>
            <w:proofErr w:type="spellStart"/>
            <w:r>
              <w:rPr>
                <w:b/>
                <w:sz w:val="14"/>
              </w:rPr>
              <w:t>Sprendimas</w:t>
            </w:r>
            <w:proofErr w:type="spellEnd"/>
            <w:r>
              <w:rPr>
                <w:b/>
                <w:sz w:val="14"/>
              </w:rPr>
              <w:t xml:space="preserve"> / </w:t>
            </w:r>
            <w:proofErr w:type="spellStart"/>
            <w:r>
              <w:rPr>
                <w:b/>
                <w:sz w:val="14"/>
              </w:rPr>
              <w:t>statusas</w:t>
            </w:r>
            <w:proofErr w:type="spellEnd"/>
          </w:p>
        </w:tc>
        <w:tc>
          <w:tcPr>
            <w:tcW w:w="831" w:type="dxa"/>
            <w:shd w:val="clear" w:color="auto" w:fill="D9E2F3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37C55E6" w14:textId="77777777" w:rsidR="003E66CB" w:rsidRDefault="00C77B29">
            <w:pPr>
              <w:jc w:val="center"/>
            </w:pPr>
            <w:proofErr w:type="spellStart"/>
            <w:r>
              <w:rPr>
                <w:b/>
                <w:sz w:val="14"/>
              </w:rPr>
              <w:t>Įvykdymo</w:t>
            </w:r>
            <w:proofErr w:type="spellEnd"/>
            <w:r>
              <w:rPr>
                <w:b/>
                <w:sz w:val="14"/>
              </w:rPr>
              <w:t xml:space="preserve"> data</w:t>
            </w:r>
          </w:p>
        </w:tc>
        <w:tc>
          <w:tcPr>
            <w:tcW w:w="831" w:type="dxa"/>
            <w:shd w:val="clear" w:color="auto" w:fill="D9E2F3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3F8042A" w14:textId="77777777" w:rsidR="003E66CB" w:rsidRDefault="00C77B29">
            <w:pPr>
              <w:jc w:val="center"/>
            </w:pPr>
            <w:proofErr w:type="spellStart"/>
            <w:r>
              <w:rPr>
                <w:b/>
                <w:sz w:val="14"/>
              </w:rPr>
              <w:t>Pastabos</w:t>
            </w:r>
            <w:proofErr w:type="spellEnd"/>
          </w:p>
        </w:tc>
      </w:tr>
      <w:tr w:rsidR="003E66CB" w14:paraId="2E7BB472" w14:textId="77777777">
        <w:trPr>
          <w:jc w:val="center"/>
        </w:trPr>
        <w:tc>
          <w:tcPr>
            <w:tcW w:w="831" w:type="dxa"/>
            <w:tcMar>
              <w:top w:w="120" w:type="dxa"/>
              <w:left w:w="40" w:type="dxa"/>
              <w:bottom w:w="120" w:type="dxa"/>
              <w:right w:w="40" w:type="dxa"/>
            </w:tcMar>
          </w:tcPr>
          <w:p w14:paraId="1B8E78A3" w14:textId="77777777" w:rsidR="003E66CB" w:rsidRDefault="003E66CB"/>
        </w:tc>
        <w:tc>
          <w:tcPr>
            <w:tcW w:w="831" w:type="dxa"/>
            <w:tcMar>
              <w:top w:w="120" w:type="dxa"/>
              <w:left w:w="40" w:type="dxa"/>
              <w:bottom w:w="120" w:type="dxa"/>
              <w:right w:w="40" w:type="dxa"/>
            </w:tcMar>
          </w:tcPr>
          <w:p w14:paraId="43B6D277" w14:textId="77777777" w:rsidR="003E66CB" w:rsidRDefault="003E66CB"/>
        </w:tc>
        <w:tc>
          <w:tcPr>
            <w:tcW w:w="831" w:type="dxa"/>
            <w:tcMar>
              <w:top w:w="120" w:type="dxa"/>
              <w:left w:w="40" w:type="dxa"/>
              <w:bottom w:w="120" w:type="dxa"/>
              <w:right w:w="40" w:type="dxa"/>
            </w:tcMar>
          </w:tcPr>
          <w:p w14:paraId="57B5037C" w14:textId="77777777" w:rsidR="003E66CB" w:rsidRDefault="003E66CB"/>
        </w:tc>
        <w:tc>
          <w:tcPr>
            <w:tcW w:w="831" w:type="dxa"/>
            <w:tcMar>
              <w:top w:w="120" w:type="dxa"/>
              <w:left w:w="40" w:type="dxa"/>
              <w:bottom w:w="120" w:type="dxa"/>
              <w:right w:w="40" w:type="dxa"/>
            </w:tcMar>
          </w:tcPr>
          <w:p w14:paraId="5653873C" w14:textId="77777777" w:rsidR="003E66CB" w:rsidRDefault="003E66CB"/>
        </w:tc>
        <w:tc>
          <w:tcPr>
            <w:tcW w:w="831" w:type="dxa"/>
            <w:tcMar>
              <w:top w:w="120" w:type="dxa"/>
              <w:left w:w="40" w:type="dxa"/>
              <w:bottom w:w="120" w:type="dxa"/>
              <w:right w:w="40" w:type="dxa"/>
            </w:tcMar>
          </w:tcPr>
          <w:p w14:paraId="5D77E4CF" w14:textId="77777777" w:rsidR="003E66CB" w:rsidRDefault="003E66CB"/>
        </w:tc>
        <w:tc>
          <w:tcPr>
            <w:tcW w:w="831" w:type="dxa"/>
            <w:tcMar>
              <w:top w:w="120" w:type="dxa"/>
              <w:left w:w="40" w:type="dxa"/>
              <w:bottom w:w="120" w:type="dxa"/>
              <w:right w:w="40" w:type="dxa"/>
            </w:tcMar>
          </w:tcPr>
          <w:p w14:paraId="5B91B523" w14:textId="77777777" w:rsidR="003E66CB" w:rsidRDefault="003E66CB"/>
        </w:tc>
        <w:tc>
          <w:tcPr>
            <w:tcW w:w="831" w:type="dxa"/>
            <w:tcMar>
              <w:top w:w="120" w:type="dxa"/>
              <w:left w:w="40" w:type="dxa"/>
              <w:bottom w:w="120" w:type="dxa"/>
              <w:right w:w="40" w:type="dxa"/>
            </w:tcMar>
          </w:tcPr>
          <w:p w14:paraId="7FDED4AE" w14:textId="77777777" w:rsidR="003E66CB" w:rsidRDefault="003E66CB"/>
        </w:tc>
        <w:tc>
          <w:tcPr>
            <w:tcW w:w="831" w:type="dxa"/>
            <w:tcMar>
              <w:top w:w="120" w:type="dxa"/>
              <w:left w:w="40" w:type="dxa"/>
              <w:bottom w:w="120" w:type="dxa"/>
              <w:right w:w="40" w:type="dxa"/>
            </w:tcMar>
          </w:tcPr>
          <w:p w14:paraId="229216AB" w14:textId="77777777" w:rsidR="003E66CB" w:rsidRDefault="003E66CB"/>
        </w:tc>
        <w:tc>
          <w:tcPr>
            <w:tcW w:w="831" w:type="dxa"/>
            <w:tcMar>
              <w:top w:w="120" w:type="dxa"/>
              <w:left w:w="40" w:type="dxa"/>
              <w:bottom w:w="120" w:type="dxa"/>
              <w:right w:w="40" w:type="dxa"/>
            </w:tcMar>
          </w:tcPr>
          <w:p w14:paraId="597C508C" w14:textId="77777777" w:rsidR="003E66CB" w:rsidRDefault="003E66CB"/>
        </w:tc>
        <w:tc>
          <w:tcPr>
            <w:tcW w:w="831" w:type="dxa"/>
            <w:tcMar>
              <w:top w:w="120" w:type="dxa"/>
              <w:left w:w="40" w:type="dxa"/>
              <w:bottom w:w="120" w:type="dxa"/>
              <w:right w:w="40" w:type="dxa"/>
            </w:tcMar>
          </w:tcPr>
          <w:p w14:paraId="112AEE11" w14:textId="77777777" w:rsidR="003E66CB" w:rsidRDefault="003E66CB"/>
        </w:tc>
        <w:tc>
          <w:tcPr>
            <w:tcW w:w="831" w:type="dxa"/>
            <w:tcMar>
              <w:top w:w="120" w:type="dxa"/>
              <w:left w:w="40" w:type="dxa"/>
              <w:bottom w:w="120" w:type="dxa"/>
              <w:right w:w="40" w:type="dxa"/>
            </w:tcMar>
          </w:tcPr>
          <w:p w14:paraId="36FBC889" w14:textId="77777777" w:rsidR="003E66CB" w:rsidRDefault="003E66CB"/>
        </w:tc>
        <w:tc>
          <w:tcPr>
            <w:tcW w:w="831" w:type="dxa"/>
            <w:tcMar>
              <w:top w:w="120" w:type="dxa"/>
              <w:left w:w="40" w:type="dxa"/>
              <w:bottom w:w="120" w:type="dxa"/>
              <w:right w:w="40" w:type="dxa"/>
            </w:tcMar>
          </w:tcPr>
          <w:p w14:paraId="7448F8BF" w14:textId="77777777" w:rsidR="003E66CB" w:rsidRDefault="003E66CB"/>
        </w:tc>
      </w:tr>
    </w:tbl>
    <w:p w14:paraId="5AC63308" w14:textId="77777777" w:rsidR="003E66CB" w:rsidRDefault="00C77B29">
      <w:pPr>
        <w:spacing w:before="60"/>
      </w:pPr>
      <w:r>
        <w:rPr>
          <w:sz w:val="18"/>
        </w:rPr>
        <w:t xml:space="preserve">* </w:t>
      </w:r>
      <w:proofErr w:type="spellStart"/>
      <w:r>
        <w:rPr>
          <w:sz w:val="18"/>
        </w:rPr>
        <w:t>Vidaus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registre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nurodomas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žinomo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fizinio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asmens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vardas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pavardė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arba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juridinio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asmens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pavadinimas</w:t>
      </w:r>
      <w:proofErr w:type="spellEnd"/>
      <w:r>
        <w:rPr>
          <w:sz w:val="18"/>
        </w:rPr>
        <w:t xml:space="preserve">. </w:t>
      </w:r>
      <w:proofErr w:type="spellStart"/>
      <w:r>
        <w:rPr>
          <w:sz w:val="18"/>
        </w:rPr>
        <w:t>Jeigu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dovanotojas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nenustatytas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rašoma</w:t>
      </w:r>
      <w:proofErr w:type="spellEnd"/>
      <w:r>
        <w:rPr>
          <w:sz w:val="18"/>
        </w:rPr>
        <w:t xml:space="preserve"> „</w:t>
      </w:r>
      <w:proofErr w:type="spellStart"/>
      <w:proofErr w:type="gramStart"/>
      <w:r>
        <w:rPr>
          <w:sz w:val="18"/>
        </w:rPr>
        <w:t>Nenustatytas</w:t>
      </w:r>
      <w:proofErr w:type="spellEnd"/>
      <w:r>
        <w:rPr>
          <w:sz w:val="18"/>
        </w:rPr>
        <w:t>“</w:t>
      </w:r>
      <w:proofErr w:type="gramEnd"/>
      <w:r>
        <w:rPr>
          <w:sz w:val="18"/>
        </w:rPr>
        <w:t>.</w:t>
      </w:r>
    </w:p>
    <w:p w14:paraId="00A0ADE6" w14:textId="77777777" w:rsidR="003E66CB" w:rsidRDefault="00C77B29">
      <w:pPr>
        <w:spacing w:before="60"/>
      </w:pPr>
      <w:r>
        <w:rPr>
          <w:sz w:val="18"/>
        </w:rPr>
        <w:t xml:space="preserve">** </w:t>
      </w:r>
      <w:proofErr w:type="spellStart"/>
      <w:r>
        <w:rPr>
          <w:sz w:val="18"/>
        </w:rPr>
        <w:t>Vidaus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registre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nurodomi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dovanos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gavėjo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vardas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pavardė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pareigos</w:t>
      </w:r>
      <w:proofErr w:type="spellEnd"/>
      <w:r>
        <w:rPr>
          <w:sz w:val="18"/>
        </w:rPr>
        <w:t>.</w:t>
      </w:r>
    </w:p>
    <w:p w14:paraId="2F3C0AED" w14:textId="77777777" w:rsidR="003E66CB" w:rsidRDefault="00C77B29">
      <w:pPr>
        <w:spacing w:before="60"/>
      </w:pPr>
      <w:proofErr w:type="spellStart"/>
      <w:r>
        <w:rPr>
          <w:sz w:val="18"/>
        </w:rPr>
        <w:t>Viešai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skelbiant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Dovanų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registro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išrašą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fizinio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asmens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dovanotojo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vardas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pavardė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keičiami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žyma</w:t>
      </w:r>
      <w:proofErr w:type="spellEnd"/>
      <w:r>
        <w:rPr>
          <w:sz w:val="18"/>
        </w:rPr>
        <w:t xml:space="preserve"> „</w:t>
      </w:r>
      <w:proofErr w:type="spellStart"/>
      <w:r>
        <w:rPr>
          <w:sz w:val="18"/>
        </w:rPr>
        <w:t>Fizinis</w:t>
      </w:r>
      <w:proofErr w:type="spellEnd"/>
      <w:r>
        <w:rPr>
          <w:sz w:val="18"/>
        </w:rPr>
        <w:t xml:space="preserve"> </w:t>
      </w:r>
      <w:proofErr w:type="spellStart"/>
      <w:proofErr w:type="gramStart"/>
      <w:r>
        <w:rPr>
          <w:sz w:val="18"/>
        </w:rPr>
        <w:t>asmuo</w:t>
      </w:r>
      <w:proofErr w:type="spellEnd"/>
      <w:r>
        <w:rPr>
          <w:sz w:val="18"/>
        </w:rPr>
        <w:t>“</w:t>
      </w:r>
      <w:proofErr w:type="gramEnd"/>
      <w:r>
        <w:rPr>
          <w:sz w:val="18"/>
        </w:rPr>
        <w:t xml:space="preserve">, </w:t>
      </w:r>
      <w:proofErr w:type="spellStart"/>
      <w:r>
        <w:rPr>
          <w:sz w:val="18"/>
        </w:rPr>
        <w:t>dovanos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gavėjo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vardas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pavardė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neskelbiami</w:t>
      </w:r>
      <w:proofErr w:type="spellEnd"/>
      <w:r>
        <w:rPr>
          <w:sz w:val="18"/>
        </w:rPr>
        <w:t xml:space="preserve">, o </w:t>
      </w:r>
      <w:proofErr w:type="spellStart"/>
      <w:r>
        <w:rPr>
          <w:sz w:val="18"/>
        </w:rPr>
        <w:t>kontaktiniai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duomenys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parašai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kita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skaidrumo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tikslui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nebūtina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asmeninė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informacija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pašalinami</w:t>
      </w:r>
      <w:proofErr w:type="spellEnd"/>
      <w:r>
        <w:rPr>
          <w:sz w:val="18"/>
        </w:rPr>
        <w:t>.</w:t>
      </w:r>
    </w:p>
    <w:p w14:paraId="2D7BECAF" w14:textId="77777777" w:rsidR="003E66CB" w:rsidRDefault="003E66CB">
      <w:pPr>
        <w:sectPr w:rsidR="003E66CB">
          <w:footerReference w:type="default" r:id="rId9"/>
          <w:pgSz w:w="16838" w:h="11906" w:orient="landscape"/>
          <w:pgMar w:top="850" w:right="680" w:bottom="850" w:left="680" w:header="454" w:footer="454" w:gutter="0"/>
          <w:cols w:space="720"/>
          <w:docGrid w:linePitch="360"/>
        </w:sectPr>
      </w:pPr>
    </w:p>
    <w:p w14:paraId="0633B89A" w14:textId="77777777" w:rsidR="003E66CB" w:rsidRDefault="00C77B29">
      <w:pPr>
        <w:jc w:val="right"/>
      </w:pPr>
      <w:proofErr w:type="spellStart"/>
      <w:r>
        <w:rPr>
          <w:sz w:val="20"/>
        </w:rPr>
        <w:lastRenderedPageBreak/>
        <w:t>Plungės</w:t>
      </w:r>
      <w:proofErr w:type="spellEnd"/>
      <w:r>
        <w:rPr>
          <w:sz w:val="20"/>
        </w:rPr>
        <w:t xml:space="preserve"> „</w:t>
      </w:r>
      <w:proofErr w:type="spellStart"/>
      <w:proofErr w:type="gramStart"/>
      <w:r>
        <w:rPr>
          <w:sz w:val="20"/>
        </w:rPr>
        <w:t>Saulės</w:t>
      </w:r>
      <w:proofErr w:type="spellEnd"/>
      <w:r>
        <w:rPr>
          <w:sz w:val="20"/>
        </w:rPr>
        <w:t xml:space="preserve">“ </w:t>
      </w:r>
      <w:proofErr w:type="spellStart"/>
      <w:r>
        <w:rPr>
          <w:sz w:val="20"/>
        </w:rPr>
        <w:t>gimnazijos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dovanų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priėmimo</w:t>
      </w:r>
      <w:proofErr w:type="spellEnd"/>
      <w:r>
        <w:rPr>
          <w:sz w:val="20"/>
        </w:rPr>
        <w:t>,</w:t>
      </w:r>
      <w:r>
        <w:rPr>
          <w:sz w:val="20"/>
        </w:rPr>
        <w:br/>
      </w:r>
      <w:proofErr w:type="spellStart"/>
      <w:r>
        <w:rPr>
          <w:sz w:val="20"/>
        </w:rPr>
        <w:t>vertinimo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registravimo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apskaitos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tvarkos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aprašo</w:t>
      </w:r>
      <w:proofErr w:type="spellEnd"/>
      <w:r>
        <w:rPr>
          <w:sz w:val="20"/>
        </w:rPr>
        <w:br/>
        <w:t xml:space="preserve">2 </w:t>
      </w:r>
      <w:proofErr w:type="spellStart"/>
      <w:r>
        <w:rPr>
          <w:sz w:val="20"/>
        </w:rPr>
        <w:t>priedas</w:t>
      </w:r>
      <w:proofErr w:type="spellEnd"/>
    </w:p>
    <w:p w14:paraId="093D9E90" w14:textId="77777777" w:rsidR="003E66CB" w:rsidRDefault="00C77B29">
      <w:pPr>
        <w:jc w:val="center"/>
      </w:pPr>
      <w:r>
        <w:rPr>
          <w:b/>
          <w:sz w:val="24"/>
        </w:rPr>
        <w:t>DOVANOS VERTINIMO AKTAS</w:t>
      </w:r>
    </w:p>
    <w:p w14:paraId="1BF8B565" w14:textId="77777777" w:rsidR="003E66CB" w:rsidRDefault="00C77B29">
      <w:pPr>
        <w:jc w:val="center"/>
      </w:pPr>
      <w:r>
        <w:t>20___ m. __________________ ___ d. Nr. ______</w:t>
      </w:r>
      <w:r>
        <w:br/>
      </w:r>
      <w:proofErr w:type="spellStart"/>
      <w:r>
        <w:t>Plungė</w:t>
      </w:r>
      <w:proofErr w:type="spellEnd"/>
    </w:p>
    <w:p w14:paraId="2F53B2EE" w14:textId="77777777" w:rsidR="003E66CB" w:rsidRDefault="00C77B29">
      <w:pPr>
        <w:spacing w:before="80"/>
      </w:pPr>
      <w:r>
        <w:rPr>
          <w:b/>
          <w:sz w:val="20"/>
        </w:rPr>
        <w:t xml:space="preserve">1. </w:t>
      </w:r>
      <w:proofErr w:type="spellStart"/>
      <w:r>
        <w:rPr>
          <w:b/>
          <w:sz w:val="20"/>
        </w:rPr>
        <w:t>Dovanos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registro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eilės</w:t>
      </w:r>
      <w:proofErr w:type="spellEnd"/>
      <w:r>
        <w:rPr>
          <w:b/>
          <w:sz w:val="20"/>
        </w:rPr>
        <w:t xml:space="preserve"> Nr. (</w:t>
      </w:r>
      <w:proofErr w:type="spellStart"/>
      <w:r>
        <w:rPr>
          <w:b/>
          <w:sz w:val="20"/>
        </w:rPr>
        <w:t>jeigu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jau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užregistruota</w:t>
      </w:r>
      <w:proofErr w:type="spellEnd"/>
      <w:r>
        <w:rPr>
          <w:b/>
          <w:sz w:val="20"/>
        </w:rPr>
        <w:t>):</w:t>
      </w:r>
    </w:p>
    <w:p w14:paraId="39041E61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6E0E3D20" w14:textId="77777777" w:rsidR="003E66CB" w:rsidRDefault="00C77B29">
      <w:pPr>
        <w:spacing w:before="80"/>
      </w:pPr>
      <w:r>
        <w:rPr>
          <w:b/>
          <w:sz w:val="20"/>
        </w:rPr>
        <w:t xml:space="preserve">2. </w:t>
      </w:r>
      <w:proofErr w:type="spellStart"/>
      <w:r>
        <w:rPr>
          <w:b/>
          <w:sz w:val="20"/>
        </w:rPr>
        <w:t>Dovanos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gavimo</w:t>
      </w:r>
      <w:proofErr w:type="spellEnd"/>
      <w:r>
        <w:rPr>
          <w:b/>
          <w:sz w:val="20"/>
        </w:rPr>
        <w:t xml:space="preserve"> data </w:t>
      </w:r>
      <w:proofErr w:type="spellStart"/>
      <w:r>
        <w:rPr>
          <w:b/>
          <w:sz w:val="20"/>
        </w:rPr>
        <w:t>ir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aplinkybės</w:t>
      </w:r>
      <w:proofErr w:type="spellEnd"/>
      <w:r>
        <w:rPr>
          <w:b/>
          <w:sz w:val="20"/>
        </w:rPr>
        <w:t>:</w:t>
      </w:r>
    </w:p>
    <w:p w14:paraId="334BDA87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000B4816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4BD91BB4" w14:textId="77777777" w:rsidR="003E66CB" w:rsidRDefault="00C77B29">
      <w:pPr>
        <w:spacing w:before="80"/>
      </w:pPr>
      <w:r>
        <w:rPr>
          <w:b/>
          <w:sz w:val="20"/>
        </w:rPr>
        <w:t xml:space="preserve">3. </w:t>
      </w:r>
      <w:proofErr w:type="spellStart"/>
      <w:r>
        <w:rPr>
          <w:b/>
          <w:sz w:val="20"/>
        </w:rPr>
        <w:t>Dovaną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gavęs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darbuotojas</w:t>
      </w:r>
      <w:proofErr w:type="spellEnd"/>
      <w:r>
        <w:rPr>
          <w:b/>
          <w:sz w:val="20"/>
        </w:rPr>
        <w:t xml:space="preserve">, jo </w:t>
      </w:r>
      <w:proofErr w:type="spellStart"/>
      <w:r>
        <w:rPr>
          <w:b/>
          <w:sz w:val="20"/>
        </w:rPr>
        <w:t>pareigos</w:t>
      </w:r>
      <w:proofErr w:type="spellEnd"/>
      <w:r>
        <w:rPr>
          <w:b/>
          <w:sz w:val="20"/>
        </w:rPr>
        <w:t>:</w:t>
      </w:r>
    </w:p>
    <w:p w14:paraId="6308AC92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5ED13EE5" w14:textId="77777777" w:rsidR="003E66CB" w:rsidRDefault="00C77B29">
      <w:pPr>
        <w:spacing w:before="80"/>
      </w:pPr>
      <w:r>
        <w:rPr>
          <w:b/>
          <w:sz w:val="20"/>
        </w:rPr>
        <w:t xml:space="preserve">4. </w:t>
      </w:r>
      <w:proofErr w:type="spellStart"/>
      <w:r>
        <w:rPr>
          <w:b/>
          <w:sz w:val="20"/>
        </w:rPr>
        <w:t>Dovanotojas</w:t>
      </w:r>
      <w:proofErr w:type="spellEnd"/>
      <w:r>
        <w:rPr>
          <w:b/>
          <w:sz w:val="20"/>
        </w:rPr>
        <w:t xml:space="preserve"> (</w:t>
      </w:r>
      <w:proofErr w:type="spellStart"/>
      <w:r>
        <w:rPr>
          <w:b/>
          <w:sz w:val="20"/>
        </w:rPr>
        <w:t>fizinio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asmens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vardas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pavardė</w:t>
      </w:r>
      <w:proofErr w:type="spellEnd"/>
      <w:r>
        <w:rPr>
          <w:b/>
          <w:sz w:val="20"/>
        </w:rPr>
        <w:t xml:space="preserve"> / </w:t>
      </w:r>
      <w:proofErr w:type="spellStart"/>
      <w:r>
        <w:rPr>
          <w:b/>
          <w:sz w:val="20"/>
        </w:rPr>
        <w:t>juridinio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asmens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pavadinimas</w:t>
      </w:r>
      <w:proofErr w:type="spellEnd"/>
      <w:r>
        <w:rPr>
          <w:b/>
          <w:sz w:val="20"/>
        </w:rPr>
        <w:t xml:space="preserve"> / „</w:t>
      </w:r>
      <w:proofErr w:type="spellStart"/>
      <w:proofErr w:type="gramStart"/>
      <w:r>
        <w:rPr>
          <w:b/>
          <w:sz w:val="20"/>
        </w:rPr>
        <w:t>Nenustatytas</w:t>
      </w:r>
      <w:proofErr w:type="spellEnd"/>
      <w:r>
        <w:rPr>
          <w:b/>
          <w:sz w:val="20"/>
        </w:rPr>
        <w:t>“</w:t>
      </w:r>
      <w:proofErr w:type="gramEnd"/>
      <w:r>
        <w:rPr>
          <w:b/>
          <w:sz w:val="20"/>
        </w:rPr>
        <w:t>):</w:t>
      </w:r>
    </w:p>
    <w:p w14:paraId="1C66B993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2BEA02D6" w14:textId="77777777" w:rsidR="003E66CB" w:rsidRDefault="00C77B29">
      <w:pPr>
        <w:spacing w:before="80"/>
      </w:pPr>
      <w:r>
        <w:rPr>
          <w:b/>
          <w:sz w:val="20"/>
        </w:rPr>
        <w:t xml:space="preserve">5. </w:t>
      </w:r>
      <w:proofErr w:type="spellStart"/>
      <w:r>
        <w:rPr>
          <w:b/>
          <w:sz w:val="20"/>
        </w:rPr>
        <w:t>Dovanos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aprašymas</w:t>
      </w:r>
      <w:proofErr w:type="spellEnd"/>
      <w:r>
        <w:rPr>
          <w:b/>
          <w:sz w:val="20"/>
        </w:rPr>
        <w:t>:</w:t>
      </w:r>
    </w:p>
    <w:p w14:paraId="4B7B9BB1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6010A7DF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7A04F64B" w14:textId="77777777" w:rsidR="003E66CB" w:rsidRDefault="00C77B29">
      <w:pPr>
        <w:spacing w:before="80"/>
      </w:pPr>
      <w:r>
        <w:rPr>
          <w:b/>
          <w:sz w:val="20"/>
        </w:rPr>
        <w:t xml:space="preserve">6. </w:t>
      </w:r>
      <w:proofErr w:type="spellStart"/>
      <w:r>
        <w:rPr>
          <w:b/>
          <w:sz w:val="20"/>
        </w:rPr>
        <w:t>Dovanos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gavimo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pagrindas</w:t>
      </w:r>
      <w:proofErr w:type="spellEnd"/>
      <w:r>
        <w:rPr>
          <w:b/>
          <w:sz w:val="20"/>
        </w:rPr>
        <w:t xml:space="preserve"> / </w:t>
      </w:r>
      <w:proofErr w:type="spellStart"/>
      <w:r>
        <w:rPr>
          <w:b/>
          <w:sz w:val="20"/>
        </w:rPr>
        <w:t>aplinkybės</w:t>
      </w:r>
      <w:proofErr w:type="spellEnd"/>
      <w:r>
        <w:rPr>
          <w:b/>
          <w:sz w:val="20"/>
        </w:rPr>
        <w:t>:</w:t>
      </w:r>
    </w:p>
    <w:p w14:paraId="2B6984BF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pagal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tarptautinį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protokolą</w:t>
      </w:r>
      <w:proofErr w:type="spellEnd"/>
    </w:p>
    <w:p w14:paraId="0A1663A3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pagal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tarnybinėmis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profesinėmis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pareigomis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susijusias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tradicijas</w:t>
      </w:r>
      <w:proofErr w:type="spellEnd"/>
    </w:p>
    <w:p w14:paraId="17F92C4C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reprezentacinė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dovana</w:t>
      </w:r>
      <w:proofErr w:type="spellEnd"/>
    </w:p>
    <w:p w14:paraId="4D252F68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simbolinis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dėmesio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ženklas</w:t>
      </w:r>
      <w:proofErr w:type="spellEnd"/>
    </w:p>
    <w:p w14:paraId="269893C8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dovana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Gimnazijai</w:t>
      </w:r>
      <w:proofErr w:type="spellEnd"/>
    </w:p>
    <w:p w14:paraId="466A21D1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netoleruotina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dovana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kurios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nebuvo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galimybės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atsisakyti</w:t>
      </w:r>
      <w:proofErr w:type="spellEnd"/>
    </w:p>
    <w:p w14:paraId="70A037AC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kita</w:t>
      </w:r>
      <w:proofErr w:type="spellEnd"/>
      <w:r>
        <w:rPr>
          <w:sz w:val="20"/>
        </w:rPr>
        <w:t xml:space="preserve"> ___________________________________________</w:t>
      </w:r>
    </w:p>
    <w:p w14:paraId="4D84BF23" w14:textId="77777777" w:rsidR="003E66CB" w:rsidRDefault="00C77B29">
      <w:pPr>
        <w:spacing w:before="80"/>
      </w:pPr>
      <w:r>
        <w:rPr>
          <w:b/>
          <w:sz w:val="20"/>
        </w:rPr>
        <w:t xml:space="preserve">7. </w:t>
      </w:r>
      <w:proofErr w:type="spellStart"/>
      <w:r>
        <w:rPr>
          <w:b/>
          <w:sz w:val="20"/>
        </w:rPr>
        <w:t>Ar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dovanos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gavėjas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yra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deklaruojantis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asmuo</w:t>
      </w:r>
      <w:proofErr w:type="spellEnd"/>
      <w:r>
        <w:rPr>
          <w:b/>
          <w:sz w:val="20"/>
        </w:rPr>
        <w:t>?</w:t>
      </w:r>
    </w:p>
    <w:p w14:paraId="78A59314" w14:textId="77777777" w:rsidR="003E66CB" w:rsidRDefault="00C77B29">
      <w:pPr>
        <w:ind w:left="283"/>
      </w:pPr>
      <w:r>
        <w:rPr>
          <w:sz w:val="20"/>
        </w:rPr>
        <w:t>☐ Taip</w:t>
      </w:r>
    </w:p>
    <w:p w14:paraId="03085FA7" w14:textId="77777777" w:rsidR="003E66CB" w:rsidRDefault="00C77B29">
      <w:pPr>
        <w:ind w:left="283"/>
      </w:pPr>
      <w:r>
        <w:rPr>
          <w:sz w:val="20"/>
        </w:rPr>
        <w:t>☐ Ne</w:t>
      </w:r>
    </w:p>
    <w:p w14:paraId="734A4708" w14:textId="77777777" w:rsidR="003E66CB" w:rsidRDefault="00C77B29">
      <w:pPr>
        <w:spacing w:before="80"/>
      </w:pPr>
      <w:r>
        <w:rPr>
          <w:b/>
          <w:sz w:val="20"/>
        </w:rPr>
        <w:t xml:space="preserve">8. </w:t>
      </w:r>
      <w:proofErr w:type="spellStart"/>
      <w:r>
        <w:rPr>
          <w:b/>
          <w:sz w:val="20"/>
        </w:rPr>
        <w:t>Duomenys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kuriais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remiantis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nustatyta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dovanos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vertė</w:t>
      </w:r>
      <w:proofErr w:type="spellEnd"/>
      <w:r>
        <w:rPr>
          <w:b/>
          <w:sz w:val="20"/>
        </w:rPr>
        <w:t>:</w:t>
      </w:r>
    </w:p>
    <w:p w14:paraId="0393F50C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5E2C9092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6EB30841" w14:textId="77777777" w:rsidR="003E66CB" w:rsidRDefault="00C77B29">
      <w:pPr>
        <w:spacing w:before="80"/>
      </w:pPr>
      <w:r>
        <w:rPr>
          <w:b/>
          <w:sz w:val="20"/>
        </w:rPr>
        <w:t xml:space="preserve">9. </w:t>
      </w:r>
      <w:proofErr w:type="spellStart"/>
      <w:r>
        <w:rPr>
          <w:b/>
          <w:sz w:val="20"/>
        </w:rPr>
        <w:t>Nustatyta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dovanos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vertė</w:t>
      </w:r>
      <w:proofErr w:type="spellEnd"/>
      <w:r>
        <w:rPr>
          <w:b/>
          <w:sz w:val="20"/>
        </w:rPr>
        <w:t xml:space="preserve"> (</w:t>
      </w:r>
      <w:proofErr w:type="spellStart"/>
      <w:r>
        <w:rPr>
          <w:b/>
          <w:sz w:val="20"/>
        </w:rPr>
        <w:t>Eur</w:t>
      </w:r>
      <w:proofErr w:type="spellEnd"/>
      <w:r>
        <w:rPr>
          <w:b/>
          <w:sz w:val="20"/>
        </w:rPr>
        <w:t>):</w:t>
      </w:r>
    </w:p>
    <w:p w14:paraId="65508FEF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5EAEBA6F" w14:textId="77777777" w:rsidR="003E66CB" w:rsidRDefault="00C77B29">
      <w:pPr>
        <w:spacing w:before="80"/>
      </w:pPr>
      <w:r>
        <w:rPr>
          <w:b/>
          <w:sz w:val="20"/>
        </w:rPr>
        <w:t xml:space="preserve">10. </w:t>
      </w:r>
      <w:proofErr w:type="spellStart"/>
      <w:r>
        <w:rPr>
          <w:b/>
          <w:sz w:val="20"/>
        </w:rPr>
        <w:t>Komisijos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vertinimas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dėl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dovanos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priimtinumo</w:t>
      </w:r>
      <w:proofErr w:type="spellEnd"/>
      <w:r>
        <w:rPr>
          <w:b/>
          <w:sz w:val="20"/>
        </w:rPr>
        <w:t>:</w:t>
      </w:r>
    </w:p>
    <w:p w14:paraId="703322C4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dovana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gali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būti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priimta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kaip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simbolinis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dėmesio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ženklas</w:t>
      </w:r>
      <w:proofErr w:type="spellEnd"/>
    </w:p>
    <w:p w14:paraId="74C9AF5D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dovana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teisėtai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gauta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tarptautinį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protokolą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pareigomis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susijusias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tradicijas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reprezentacijai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vertė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neviršija</w:t>
      </w:r>
      <w:proofErr w:type="spellEnd"/>
      <w:r>
        <w:rPr>
          <w:sz w:val="20"/>
        </w:rPr>
        <w:t xml:space="preserve"> 150 </w:t>
      </w:r>
      <w:proofErr w:type="spellStart"/>
      <w:r>
        <w:rPr>
          <w:sz w:val="20"/>
        </w:rPr>
        <w:t>Eur</w:t>
      </w:r>
      <w:proofErr w:type="spellEnd"/>
    </w:p>
    <w:p w14:paraId="78596DDB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dovanos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vertė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viršija</w:t>
      </w:r>
      <w:proofErr w:type="spellEnd"/>
      <w:r>
        <w:rPr>
          <w:sz w:val="20"/>
        </w:rPr>
        <w:t xml:space="preserve"> 150 </w:t>
      </w:r>
      <w:proofErr w:type="spellStart"/>
      <w:r>
        <w:rPr>
          <w:sz w:val="20"/>
        </w:rPr>
        <w:t>Eur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ir</w:t>
      </w:r>
      <w:proofErr w:type="spellEnd"/>
      <w:r>
        <w:rPr>
          <w:sz w:val="20"/>
        </w:rPr>
        <w:t xml:space="preserve"> ji </w:t>
      </w:r>
      <w:proofErr w:type="spellStart"/>
      <w:r>
        <w:rPr>
          <w:sz w:val="20"/>
        </w:rPr>
        <w:t>pagal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Viešųjų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privačių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interesų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derinimo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įstatymą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laikoma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valstybės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savivaldybės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nuosavybe</w:t>
      </w:r>
      <w:proofErr w:type="spellEnd"/>
    </w:p>
    <w:p w14:paraId="19D85A21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dovana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perduodama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Gimnazijai</w:t>
      </w:r>
      <w:proofErr w:type="spellEnd"/>
    </w:p>
    <w:p w14:paraId="1C06694D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dovana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turi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būti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grąžinta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dovanotojui</w:t>
      </w:r>
      <w:proofErr w:type="spellEnd"/>
    </w:p>
    <w:p w14:paraId="3D026320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dovanos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grąžinti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objektyviai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neįmanoma</w:t>
      </w:r>
      <w:proofErr w:type="spellEnd"/>
    </w:p>
    <w:p w14:paraId="1FA1864A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yra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požymių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dėl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kurių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informaciją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būtina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perduoti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korupcijai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atsparios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aplinkos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kūrimą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atsakingam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asmeniui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ir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ar</w:t>
      </w:r>
      <w:proofErr w:type="spellEnd"/>
      <w:r>
        <w:rPr>
          <w:sz w:val="20"/>
        </w:rPr>
        <w:t xml:space="preserve">) </w:t>
      </w:r>
      <w:proofErr w:type="spellStart"/>
      <w:r>
        <w:rPr>
          <w:sz w:val="20"/>
        </w:rPr>
        <w:t>teisėsaugos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institucijoms</w:t>
      </w:r>
      <w:proofErr w:type="spellEnd"/>
    </w:p>
    <w:p w14:paraId="12A97930" w14:textId="77777777" w:rsidR="003E66CB" w:rsidRDefault="00C77B29">
      <w:pPr>
        <w:ind w:left="283"/>
      </w:pPr>
      <w:r>
        <w:rPr>
          <w:sz w:val="20"/>
        </w:rPr>
        <w:t xml:space="preserve">☐ </w:t>
      </w:r>
      <w:proofErr w:type="spellStart"/>
      <w:r>
        <w:rPr>
          <w:sz w:val="20"/>
        </w:rPr>
        <w:t>kita</w:t>
      </w:r>
      <w:proofErr w:type="spellEnd"/>
      <w:r>
        <w:rPr>
          <w:sz w:val="20"/>
        </w:rPr>
        <w:t xml:space="preserve"> ___________________________________________</w:t>
      </w:r>
    </w:p>
    <w:p w14:paraId="0A9AD1AD" w14:textId="77777777" w:rsidR="003E66CB" w:rsidRDefault="00C77B29">
      <w:pPr>
        <w:spacing w:before="80"/>
      </w:pPr>
      <w:r>
        <w:rPr>
          <w:b/>
          <w:sz w:val="20"/>
        </w:rPr>
        <w:t xml:space="preserve">11. </w:t>
      </w:r>
      <w:proofErr w:type="spellStart"/>
      <w:r>
        <w:rPr>
          <w:b/>
          <w:sz w:val="20"/>
        </w:rPr>
        <w:t>Komisijos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sprendimas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dėl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dovanos</w:t>
      </w:r>
      <w:proofErr w:type="spellEnd"/>
      <w:r>
        <w:rPr>
          <w:b/>
          <w:sz w:val="20"/>
        </w:rPr>
        <w:t>:</w:t>
      </w:r>
    </w:p>
    <w:p w14:paraId="706A85E7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419FE7A1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2E85D6F1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5F93B204" w14:textId="77777777" w:rsidR="003E66CB" w:rsidRDefault="00C77B29">
      <w:pPr>
        <w:spacing w:before="80"/>
      </w:pPr>
      <w:r>
        <w:rPr>
          <w:b/>
          <w:sz w:val="20"/>
        </w:rPr>
        <w:t xml:space="preserve">12. </w:t>
      </w:r>
      <w:proofErr w:type="spellStart"/>
      <w:r>
        <w:rPr>
          <w:b/>
          <w:sz w:val="20"/>
        </w:rPr>
        <w:t>Dovanos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tolesnio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perdavimo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naudojimo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grąžinimo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apskaitos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ar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sunaikinimo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tvarka</w:t>
      </w:r>
      <w:proofErr w:type="spellEnd"/>
      <w:r>
        <w:rPr>
          <w:b/>
          <w:sz w:val="20"/>
        </w:rPr>
        <w:t>:</w:t>
      </w:r>
    </w:p>
    <w:p w14:paraId="402134D2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54F42F4F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36C7CD6E" w14:textId="77777777" w:rsidR="003E66CB" w:rsidRDefault="00C77B29">
      <w:pPr>
        <w:spacing w:before="80"/>
      </w:pPr>
      <w:r>
        <w:rPr>
          <w:b/>
          <w:sz w:val="20"/>
        </w:rPr>
        <w:t xml:space="preserve">13. </w:t>
      </w:r>
      <w:proofErr w:type="spellStart"/>
      <w:r>
        <w:rPr>
          <w:b/>
          <w:sz w:val="20"/>
        </w:rPr>
        <w:t>Nusišalinę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Komisijos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nariai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jeigu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buvo</w:t>
      </w:r>
      <w:proofErr w:type="spellEnd"/>
      <w:r>
        <w:rPr>
          <w:b/>
          <w:sz w:val="20"/>
        </w:rPr>
        <w:t>:</w:t>
      </w:r>
    </w:p>
    <w:p w14:paraId="2A20C5BC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464E8FCB" w14:textId="77777777" w:rsidR="003E66CB" w:rsidRDefault="00C77B29">
      <w:r>
        <w:rPr>
          <w:b/>
          <w:sz w:val="20"/>
        </w:rPr>
        <w:t xml:space="preserve">14. PINREG </w:t>
      </w:r>
      <w:proofErr w:type="spellStart"/>
      <w:r>
        <w:rPr>
          <w:b/>
          <w:sz w:val="20"/>
        </w:rPr>
        <w:t>įrašo</w:t>
      </w:r>
      <w:proofErr w:type="spellEnd"/>
      <w:r>
        <w:rPr>
          <w:b/>
          <w:sz w:val="20"/>
        </w:rPr>
        <w:t xml:space="preserve"> data </w:t>
      </w:r>
      <w:proofErr w:type="spellStart"/>
      <w:r>
        <w:rPr>
          <w:b/>
          <w:sz w:val="20"/>
        </w:rPr>
        <w:t>ir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identifikaciniai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duomenys</w:t>
      </w:r>
      <w:proofErr w:type="spellEnd"/>
      <w:r>
        <w:rPr>
          <w:b/>
          <w:sz w:val="20"/>
        </w:rPr>
        <w:t xml:space="preserve"> (</w:t>
      </w:r>
      <w:proofErr w:type="spellStart"/>
      <w:r>
        <w:rPr>
          <w:b/>
          <w:sz w:val="20"/>
        </w:rPr>
        <w:t>jeigu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taikoma</w:t>
      </w:r>
      <w:proofErr w:type="spellEnd"/>
      <w:r>
        <w:rPr>
          <w:b/>
          <w:sz w:val="20"/>
        </w:rPr>
        <w:t>):</w:t>
      </w:r>
    </w:p>
    <w:p w14:paraId="4EEF380F" w14:textId="77777777" w:rsidR="003E66CB" w:rsidRDefault="00C77B29">
      <w:r>
        <w:rPr>
          <w:sz w:val="20"/>
        </w:rPr>
        <w:t>________________________________________________________________________________</w:t>
      </w:r>
    </w:p>
    <w:p w14:paraId="4A468512" w14:textId="77777777" w:rsidR="003E66CB" w:rsidRDefault="00C77B29">
      <w:pPr>
        <w:spacing w:before="120"/>
      </w:pPr>
      <w:proofErr w:type="spellStart"/>
      <w:r>
        <w:rPr>
          <w:b/>
          <w:sz w:val="20"/>
        </w:rPr>
        <w:t>Dovanų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vertinimo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komisija</w:t>
      </w:r>
      <w:proofErr w:type="spellEnd"/>
      <w:r>
        <w:rPr>
          <w:b/>
          <w:sz w:val="20"/>
        </w:rPr>
        <w:t>:</w:t>
      </w:r>
    </w:p>
    <w:p w14:paraId="0E6BD36A" w14:textId="77777777" w:rsidR="003E66CB" w:rsidRDefault="00C77B29">
      <w:pPr>
        <w:spacing w:after="40"/>
      </w:pPr>
      <w:proofErr w:type="spellStart"/>
      <w:r>
        <w:rPr>
          <w:sz w:val="20"/>
        </w:rPr>
        <w:t>Pirmininkas</w:t>
      </w:r>
      <w:proofErr w:type="spellEnd"/>
      <w:r>
        <w:rPr>
          <w:sz w:val="20"/>
        </w:rPr>
        <w:t xml:space="preserve"> ______________________________   ______________________________   ____________________</w:t>
      </w:r>
    </w:p>
    <w:p w14:paraId="599A551C" w14:textId="77777777" w:rsidR="003E66CB" w:rsidRDefault="00C77B29">
      <w:pPr>
        <w:spacing w:after="40"/>
      </w:pPr>
      <w:proofErr w:type="spellStart"/>
      <w:r>
        <w:rPr>
          <w:sz w:val="20"/>
        </w:rPr>
        <w:t>Narys</w:t>
      </w:r>
      <w:proofErr w:type="spellEnd"/>
      <w:r>
        <w:rPr>
          <w:sz w:val="20"/>
        </w:rPr>
        <w:t xml:space="preserve"> ______________________________</w:t>
      </w:r>
      <w:proofErr w:type="gramStart"/>
      <w:r>
        <w:rPr>
          <w:sz w:val="20"/>
        </w:rPr>
        <w:t xml:space="preserve">   ______________________________   </w:t>
      </w:r>
      <w:proofErr w:type="gramEnd"/>
      <w:r>
        <w:rPr>
          <w:sz w:val="20"/>
        </w:rPr>
        <w:t>____________________</w:t>
      </w:r>
    </w:p>
    <w:p w14:paraId="10BFF794" w14:textId="77777777" w:rsidR="003E66CB" w:rsidRDefault="00C77B29">
      <w:pPr>
        <w:spacing w:after="40"/>
      </w:pPr>
      <w:proofErr w:type="spellStart"/>
      <w:r>
        <w:rPr>
          <w:sz w:val="20"/>
        </w:rPr>
        <w:t>Narys</w:t>
      </w:r>
      <w:proofErr w:type="spellEnd"/>
      <w:r>
        <w:rPr>
          <w:sz w:val="20"/>
        </w:rPr>
        <w:t xml:space="preserve"> ______________________________</w:t>
      </w:r>
      <w:proofErr w:type="gramStart"/>
      <w:r>
        <w:rPr>
          <w:sz w:val="20"/>
        </w:rPr>
        <w:t xml:space="preserve">   ______________________________   </w:t>
      </w:r>
      <w:proofErr w:type="gramEnd"/>
      <w:r>
        <w:rPr>
          <w:sz w:val="20"/>
        </w:rPr>
        <w:t>____________________</w:t>
      </w:r>
    </w:p>
    <w:p w14:paraId="2F89AB87" w14:textId="77777777" w:rsidR="003E66CB" w:rsidRDefault="00C77B29">
      <w:pPr>
        <w:jc w:val="right"/>
      </w:pPr>
      <w:proofErr w:type="spellStart"/>
      <w:r>
        <w:rPr>
          <w:sz w:val="20"/>
        </w:rPr>
        <w:lastRenderedPageBreak/>
        <w:t>Plungės</w:t>
      </w:r>
      <w:proofErr w:type="spellEnd"/>
      <w:r>
        <w:rPr>
          <w:sz w:val="20"/>
        </w:rPr>
        <w:t xml:space="preserve"> „</w:t>
      </w:r>
      <w:proofErr w:type="spellStart"/>
      <w:proofErr w:type="gramStart"/>
      <w:r>
        <w:rPr>
          <w:sz w:val="20"/>
        </w:rPr>
        <w:t>Saulės</w:t>
      </w:r>
      <w:proofErr w:type="spellEnd"/>
      <w:r>
        <w:rPr>
          <w:sz w:val="20"/>
        </w:rPr>
        <w:t xml:space="preserve">“ </w:t>
      </w:r>
      <w:proofErr w:type="spellStart"/>
      <w:r>
        <w:rPr>
          <w:sz w:val="20"/>
        </w:rPr>
        <w:t>gimnazijos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dovanų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priėmimo</w:t>
      </w:r>
      <w:proofErr w:type="spellEnd"/>
      <w:r>
        <w:rPr>
          <w:sz w:val="20"/>
        </w:rPr>
        <w:t>,</w:t>
      </w:r>
      <w:r>
        <w:rPr>
          <w:sz w:val="20"/>
        </w:rPr>
        <w:br/>
      </w:r>
      <w:proofErr w:type="spellStart"/>
      <w:r>
        <w:rPr>
          <w:sz w:val="20"/>
        </w:rPr>
        <w:t>vertinimo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registravimo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apskaitos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tvarkos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aprašo</w:t>
      </w:r>
      <w:proofErr w:type="spellEnd"/>
      <w:r>
        <w:rPr>
          <w:sz w:val="20"/>
        </w:rPr>
        <w:br/>
        <w:t xml:space="preserve">3 </w:t>
      </w:r>
      <w:proofErr w:type="spellStart"/>
      <w:r>
        <w:rPr>
          <w:sz w:val="20"/>
        </w:rPr>
        <w:t>priedas</w:t>
      </w:r>
      <w:proofErr w:type="spellEnd"/>
    </w:p>
    <w:p w14:paraId="4F862DD0" w14:textId="77777777" w:rsidR="003E66CB" w:rsidRDefault="00C77B29">
      <w:pPr>
        <w:jc w:val="center"/>
      </w:pPr>
      <w:r>
        <w:rPr>
          <w:b/>
          <w:sz w:val="24"/>
        </w:rPr>
        <w:t>TRUMPA ATMINTINĖ GIMNAZIJOS BENDRUOMENEI</w:t>
      </w:r>
    </w:p>
    <w:p w14:paraId="6998613F" w14:textId="77777777" w:rsidR="003E66CB" w:rsidRDefault="00C77B29">
      <w:pPr>
        <w:jc w:val="center"/>
      </w:pPr>
      <w:r>
        <w:rPr>
          <w:b/>
          <w:sz w:val="24"/>
        </w:rPr>
        <w:t>DĖKOJAME UŽ DĖMESĮ, BET VERTINAME SKAIDRUMĄ</w:t>
      </w:r>
    </w:p>
    <w:p w14:paraId="15D7A22E" w14:textId="77777777" w:rsidR="003E66CB" w:rsidRDefault="00C77B29">
      <w:pPr>
        <w:jc w:val="center"/>
      </w:pPr>
      <w:proofErr w:type="spellStart"/>
      <w:r>
        <w:t>Gimnazijos</w:t>
      </w:r>
      <w:proofErr w:type="spellEnd"/>
      <w:r>
        <w:t xml:space="preserve"> </w:t>
      </w:r>
      <w:proofErr w:type="spellStart"/>
      <w:r>
        <w:t>darbuotojams</w:t>
      </w:r>
      <w:proofErr w:type="spellEnd"/>
      <w:r>
        <w:t xml:space="preserve"> </w:t>
      </w:r>
      <w:proofErr w:type="spellStart"/>
      <w:r>
        <w:t>nereikia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negalima</w:t>
      </w:r>
      <w:proofErr w:type="spellEnd"/>
      <w:r>
        <w:t xml:space="preserve"> </w:t>
      </w:r>
      <w:proofErr w:type="spellStart"/>
      <w:r>
        <w:t>papildomai</w:t>
      </w:r>
      <w:proofErr w:type="spellEnd"/>
      <w:r>
        <w:t xml:space="preserve"> </w:t>
      </w:r>
      <w:proofErr w:type="spellStart"/>
      <w:r>
        <w:t>atsilyginti</w:t>
      </w:r>
      <w:proofErr w:type="spellEnd"/>
      <w:r>
        <w:t xml:space="preserve"> </w:t>
      </w:r>
      <w:proofErr w:type="spellStart"/>
      <w:r>
        <w:t>už</w:t>
      </w:r>
      <w:proofErr w:type="spellEnd"/>
      <w:r>
        <w:t xml:space="preserve"> </w:t>
      </w:r>
      <w:proofErr w:type="spellStart"/>
      <w:r>
        <w:t>jų</w:t>
      </w:r>
      <w:proofErr w:type="spellEnd"/>
      <w:r>
        <w:t xml:space="preserve"> </w:t>
      </w:r>
      <w:proofErr w:type="spellStart"/>
      <w:r>
        <w:t>darbą</w:t>
      </w:r>
      <w:proofErr w:type="spellEnd"/>
      <w:r>
        <w:t xml:space="preserve"> </w:t>
      </w:r>
      <w:proofErr w:type="spellStart"/>
      <w:r>
        <w:t>dovanomis</w:t>
      </w:r>
      <w:proofErr w:type="spellEnd"/>
      <w:r>
        <w:t>.</w:t>
      </w:r>
    </w:p>
    <w:p w14:paraId="0C756E98" w14:textId="77777777" w:rsidR="003E66CB" w:rsidRDefault="00C77B29">
      <w:pPr>
        <w:jc w:val="center"/>
      </w:pPr>
      <w:proofErr w:type="spellStart"/>
      <w:r>
        <w:rPr>
          <w:b/>
        </w:rPr>
        <w:t>Geriausia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padėka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mokytojui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kitam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darbuotojui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nuoširdus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žodis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atvirukas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gėlės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mokinio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sukurtas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darbas</w:t>
      </w:r>
      <w:proofErr w:type="spellEnd"/>
      <w:r>
        <w:rPr>
          <w:b/>
        </w:rPr>
        <w:t>.</w:t>
      </w:r>
    </w:p>
    <w:p w14:paraId="10207352" w14:textId="77777777" w:rsidR="003E66CB" w:rsidRDefault="00C77B29">
      <w:pPr>
        <w:spacing w:before="160"/>
      </w:pPr>
      <w:r>
        <w:rPr>
          <w:b/>
        </w:rPr>
        <w:t>KĄ GALIMA PRIIMTI?</w:t>
      </w:r>
    </w:p>
    <w:p w14:paraId="47F4C9CF" w14:textId="77777777" w:rsidR="003E66CB" w:rsidRDefault="00C77B29">
      <w:pPr>
        <w:ind w:left="397" w:hanging="227"/>
      </w:pPr>
      <w:r>
        <w:t xml:space="preserve">✓ </w:t>
      </w:r>
      <w:proofErr w:type="spellStart"/>
      <w:r>
        <w:t>gėles</w:t>
      </w:r>
      <w:proofErr w:type="spellEnd"/>
      <w:r>
        <w:t>;</w:t>
      </w:r>
    </w:p>
    <w:p w14:paraId="14EEECCF" w14:textId="77777777" w:rsidR="003E66CB" w:rsidRDefault="00C77B29">
      <w:pPr>
        <w:ind w:left="397" w:hanging="227"/>
      </w:pPr>
      <w:r>
        <w:t xml:space="preserve">✓ </w:t>
      </w:r>
      <w:proofErr w:type="spellStart"/>
      <w:r>
        <w:t>atvirukus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padėkas</w:t>
      </w:r>
      <w:proofErr w:type="spellEnd"/>
      <w:r>
        <w:t>;</w:t>
      </w:r>
    </w:p>
    <w:p w14:paraId="2CFF762D" w14:textId="77777777" w:rsidR="003E66CB" w:rsidRDefault="00C77B29">
      <w:pPr>
        <w:ind w:left="397" w:hanging="227"/>
      </w:pPr>
      <w:r>
        <w:t xml:space="preserve">✓ </w:t>
      </w:r>
      <w:proofErr w:type="spellStart"/>
      <w:r>
        <w:t>mokinių</w:t>
      </w:r>
      <w:proofErr w:type="spellEnd"/>
      <w:r>
        <w:t xml:space="preserve"> </w:t>
      </w:r>
      <w:proofErr w:type="spellStart"/>
      <w:r>
        <w:t>kūrybos</w:t>
      </w:r>
      <w:proofErr w:type="spellEnd"/>
      <w:r>
        <w:t xml:space="preserve"> </w:t>
      </w:r>
      <w:proofErr w:type="spellStart"/>
      <w:r>
        <w:t>darbus</w:t>
      </w:r>
      <w:proofErr w:type="spellEnd"/>
      <w:r>
        <w:t>;</w:t>
      </w:r>
    </w:p>
    <w:p w14:paraId="5F655FEE" w14:textId="77777777" w:rsidR="003E66CB" w:rsidRDefault="00C77B29">
      <w:pPr>
        <w:ind w:left="397" w:hanging="227"/>
      </w:pPr>
      <w:r>
        <w:t xml:space="preserve">✓ </w:t>
      </w:r>
      <w:proofErr w:type="spellStart"/>
      <w:r>
        <w:t>kitus</w:t>
      </w:r>
      <w:proofErr w:type="spellEnd"/>
      <w:r>
        <w:t xml:space="preserve"> </w:t>
      </w:r>
      <w:proofErr w:type="spellStart"/>
      <w:r>
        <w:t>akivaizdžiai</w:t>
      </w:r>
      <w:proofErr w:type="spellEnd"/>
      <w:r>
        <w:t xml:space="preserve"> </w:t>
      </w:r>
      <w:proofErr w:type="spellStart"/>
      <w:r>
        <w:t>simbolinius</w:t>
      </w:r>
      <w:proofErr w:type="spellEnd"/>
      <w:r>
        <w:t xml:space="preserve"> </w:t>
      </w:r>
      <w:proofErr w:type="spellStart"/>
      <w:r>
        <w:t>dėmesio</w:t>
      </w:r>
      <w:proofErr w:type="spellEnd"/>
      <w:r>
        <w:t xml:space="preserve"> </w:t>
      </w:r>
      <w:proofErr w:type="spellStart"/>
      <w:r>
        <w:t>ženklus</w:t>
      </w:r>
      <w:proofErr w:type="spellEnd"/>
      <w:r>
        <w:t xml:space="preserve">, </w:t>
      </w:r>
      <w:proofErr w:type="spellStart"/>
      <w:r>
        <w:t>jeigu</w:t>
      </w:r>
      <w:proofErr w:type="spellEnd"/>
      <w:r>
        <w:t xml:space="preserve"> </w:t>
      </w:r>
      <w:proofErr w:type="spellStart"/>
      <w:r>
        <w:t>jie</w:t>
      </w:r>
      <w:proofErr w:type="spellEnd"/>
      <w:r>
        <w:t xml:space="preserve"> </w:t>
      </w:r>
      <w:proofErr w:type="spellStart"/>
      <w:r>
        <w:t>nekelia</w:t>
      </w:r>
      <w:proofErr w:type="spellEnd"/>
      <w:r>
        <w:t xml:space="preserve"> </w:t>
      </w:r>
      <w:proofErr w:type="spellStart"/>
      <w:r>
        <w:t>interesų</w:t>
      </w:r>
      <w:proofErr w:type="spellEnd"/>
      <w:r>
        <w:t xml:space="preserve"> </w:t>
      </w:r>
      <w:proofErr w:type="spellStart"/>
      <w:r>
        <w:t>konflikto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įsipareigojimo</w:t>
      </w:r>
      <w:proofErr w:type="spellEnd"/>
      <w:r>
        <w:t xml:space="preserve"> </w:t>
      </w:r>
      <w:proofErr w:type="spellStart"/>
      <w:r>
        <w:t>dovanotojui</w:t>
      </w:r>
      <w:proofErr w:type="spellEnd"/>
      <w:r>
        <w:t>.</w:t>
      </w:r>
    </w:p>
    <w:p w14:paraId="4F1E2785" w14:textId="77777777" w:rsidR="003E66CB" w:rsidRDefault="00C77B29">
      <w:pPr>
        <w:spacing w:before="160"/>
      </w:pPr>
      <w:r>
        <w:rPr>
          <w:b/>
        </w:rPr>
        <w:t>KO GIMNAZIJOS DARBUOTOJAI NEPRIIMA?</w:t>
      </w:r>
    </w:p>
    <w:p w14:paraId="52DEEF09" w14:textId="77777777" w:rsidR="003E66CB" w:rsidRDefault="00C77B29">
      <w:pPr>
        <w:ind w:left="397" w:hanging="227"/>
      </w:pPr>
      <w:r>
        <w:t xml:space="preserve">✗ </w:t>
      </w:r>
      <w:proofErr w:type="spellStart"/>
      <w:r>
        <w:t>pinigų</w:t>
      </w:r>
      <w:proofErr w:type="spellEnd"/>
      <w:r>
        <w:t>;</w:t>
      </w:r>
    </w:p>
    <w:p w14:paraId="4D84FE51" w14:textId="77777777" w:rsidR="003E66CB" w:rsidRDefault="00C77B29">
      <w:pPr>
        <w:ind w:left="397" w:hanging="227"/>
      </w:pPr>
      <w:r>
        <w:t xml:space="preserve">✗ </w:t>
      </w:r>
      <w:proofErr w:type="spellStart"/>
      <w:r>
        <w:t>dovanų</w:t>
      </w:r>
      <w:proofErr w:type="spellEnd"/>
      <w:r>
        <w:t xml:space="preserve"> </w:t>
      </w:r>
      <w:proofErr w:type="spellStart"/>
      <w:r>
        <w:t>čekių</w:t>
      </w:r>
      <w:proofErr w:type="spellEnd"/>
      <w:r>
        <w:t xml:space="preserve">, </w:t>
      </w:r>
      <w:proofErr w:type="spellStart"/>
      <w:r>
        <w:t>kortelių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kuponų</w:t>
      </w:r>
      <w:proofErr w:type="spellEnd"/>
      <w:r>
        <w:t>;</w:t>
      </w:r>
    </w:p>
    <w:p w14:paraId="021D3F4C" w14:textId="77777777" w:rsidR="003E66CB" w:rsidRDefault="00C77B29">
      <w:pPr>
        <w:ind w:left="397" w:hanging="227"/>
      </w:pPr>
      <w:r>
        <w:t xml:space="preserve">✗ </w:t>
      </w:r>
      <w:proofErr w:type="spellStart"/>
      <w:r>
        <w:t>alkoholinių</w:t>
      </w:r>
      <w:proofErr w:type="spellEnd"/>
      <w:r>
        <w:t xml:space="preserve"> </w:t>
      </w:r>
      <w:proofErr w:type="spellStart"/>
      <w:r>
        <w:t>gėrimų</w:t>
      </w:r>
      <w:proofErr w:type="spellEnd"/>
      <w:r>
        <w:t xml:space="preserve">, </w:t>
      </w:r>
      <w:proofErr w:type="spellStart"/>
      <w:r>
        <w:t>tabako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nikotino</w:t>
      </w:r>
      <w:proofErr w:type="spellEnd"/>
      <w:r>
        <w:t xml:space="preserve"> </w:t>
      </w:r>
      <w:proofErr w:type="spellStart"/>
      <w:r>
        <w:t>gaminių</w:t>
      </w:r>
      <w:proofErr w:type="spellEnd"/>
      <w:r>
        <w:t>;</w:t>
      </w:r>
    </w:p>
    <w:p w14:paraId="3712003B" w14:textId="77777777" w:rsidR="003E66CB" w:rsidRDefault="00C77B29">
      <w:pPr>
        <w:ind w:left="397" w:hanging="227"/>
      </w:pPr>
      <w:r>
        <w:t xml:space="preserve">✗ </w:t>
      </w:r>
      <w:proofErr w:type="spellStart"/>
      <w:r>
        <w:t>individualių</w:t>
      </w:r>
      <w:proofErr w:type="spellEnd"/>
      <w:r>
        <w:t xml:space="preserve"> </w:t>
      </w:r>
      <w:proofErr w:type="spellStart"/>
      <w:r>
        <w:t>materialių</w:t>
      </w:r>
      <w:proofErr w:type="spellEnd"/>
      <w:r>
        <w:t xml:space="preserve"> </w:t>
      </w:r>
      <w:proofErr w:type="spellStart"/>
      <w:r>
        <w:t>dovanų</w:t>
      </w:r>
      <w:proofErr w:type="spellEnd"/>
      <w:r>
        <w:t xml:space="preserve"> </w:t>
      </w:r>
      <w:proofErr w:type="spellStart"/>
      <w:r>
        <w:t>iš</w:t>
      </w:r>
      <w:proofErr w:type="spellEnd"/>
      <w:r>
        <w:t xml:space="preserve"> </w:t>
      </w:r>
      <w:proofErr w:type="spellStart"/>
      <w:r>
        <w:t>mokinio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jo </w:t>
      </w:r>
      <w:proofErr w:type="spellStart"/>
      <w:r>
        <w:t>tėvų</w:t>
      </w:r>
      <w:proofErr w:type="spellEnd"/>
      <w:r>
        <w:t xml:space="preserve"> </w:t>
      </w:r>
      <w:proofErr w:type="spellStart"/>
      <w:r>
        <w:t>mokytojui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kitam</w:t>
      </w:r>
      <w:proofErr w:type="spellEnd"/>
      <w:r>
        <w:t xml:space="preserve"> </w:t>
      </w:r>
      <w:proofErr w:type="spellStart"/>
      <w:r>
        <w:t>darbuotojui</w:t>
      </w:r>
      <w:proofErr w:type="spellEnd"/>
      <w:r>
        <w:t xml:space="preserve">, </w:t>
      </w:r>
      <w:proofErr w:type="spellStart"/>
      <w:r>
        <w:t>kuris</w:t>
      </w:r>
      <w:proofErr w:type="spellEnd"/>
      <w:r>
        <w:t xml:space="preserve"> </w:t>
      </w:r>
      <w:proofErr w:type="spellStart"/>
      <w:r>
        <w:t>mokinį</w:t>
      </w:r>
      <w:proofErr w:type="spellEnd"/>
      <w:r>
        <w:t xml:space="preserve"> </w:t>
      </w:r>
      <w:proofErr w:type="spellStart"/>
      <w:r>
        <w:t>moko</w:t>
      </w:r>
      <w:proofErr w:type="spellEnd"/>
      <w:r>
        <w:t xml:space="preserve">, </w:t>
      </w:r>
      <w:proofErr w:type="spellStart"/>
      <w:r>
        <w:t>vertina</w:t>
      </w:r>
      <w:proofErr w:type="spellEnd"/>
      <w:r>
        <w:t xml:space="preserve">, </w:t>
      </w:r>
      <w:proofErr w:type="spellStart"/>
      <w:r>
        <w:t>teikia</w:t>
      </w:r>
      <w:proofErr w:type="spellEnd"/>
      <w:r>
        <w:t xml:space="preserve"> jam </w:t>
      </w:r>
      <w:proofErr w:type="spellStart"/>
      <w:r>
        <w:t>pagalbą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priima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juo</w:t>
      </w:r>
      <w:proofErr w:type="spellEnd"/>
      <w:r>
        <w:t xml:space="preserve"> </w:t>
      </w:r>
      <w:proofErr w:type="spellStart"/>
      <w:r>
        <w:t>susijusius</w:t>
      </w:r>
      <w:proofErr w:type="spellEnd"/>
      <w:r>
        <w:t xml:space="preserve"> </w:t>
      </w:r>
      <w:proofErr w:type="spellStart"/>
      <w:r>
        <w:t>sprendimus</w:t>
      </w:r>
      <w:proofErr w:type="spellEnd"/>
      <w:r>
        <w:t>;</w:t>
      </w:r>
    </w:p>
    <w:p w14:paraId="489FA510" w14:textId="77777777" w:rsidR="003E66CB" w:rsidRDefault="00C77B29">
      <w:pPr>
        <w:ind w:left="397" w:hanging="227"/>
      </w:pPr>
      <w:r>
        <w:t xml:space="preserve">✗ </w:t>
      </w:r>
      <w:proofErr w:type="spellStart"/>
      <w:r>
        <w:t>dovanų</w:t>
      </w:r>
      <w:proofErr w:type="spellEnd"/>
      <w:r>
        <w:t xml:space="preserve"> </w:t>
      </w:r>
      <w:proofErr w:type="spellStart"/>
      <w:r>
        <w:t>už</w:t>
      </w:r>
      <w:proofErr w:type="spellEnd"/>
      <w:r>
        <w:t xml:space="preserve"> </w:t>
      </w:r>
      <w:proofErr w:type="spellStart"/>
      <w:r>
        <w:t>palankų</w:t>
      </w:r>
      <w:proofErr w:type="spellEnd"/>
      <w:r>
        <w:t xml:space="preserve"> </w:t>
      </w:r>
      <w:proofErr w:type="spellStart"/>
      <w:r>
        <w:t>sprendimą</w:t>
      </w:r>
      <w:proofErr w:type="spellEnd"/>
      <w:r>
        <w:t xml:space="preserve">, </w:t>
      </w:r>
      <w:proofErr w:type="spellStart"/>
      <w:r>
        <w:t>pažymį</w:t>
      </w:r>
      <w:proofErr w:type="spellEnd"/>
      <w:r>
        <w:t xml:space="preserve">, </w:t>
      </w:r>
      <w:proofErr w:type="spellStart"/>
      <w:r>
        <w:t>pagalbą</w:t>
      </w:r>
      <w:proofErr w:type="spellEnd"/>
      <w:r>
        <w:t xml:space="preserve">, </w:t>
      </w:r>
      <w:proofErr w:type="spellStart"/>
      <w:r>
        <w:t>paslaugą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kitą</w:t>
      </w:r>
      <w:proofErr w:type="spellEnd"/>
      <w:r>
        <w:t xml:space="preserve"> </w:t>
      </w:r>
      <w:proofErr w:type="spellStart"/>
      <w:r>
        <w:t>atliktą</w:t>
      </w:r>
      <w:proofErr w:type="spellEnd"/>
      <w:r>
        <w:t xml:space="preserve"> </w:t>
      </w:r>
      <w:proofErr w:type="spellStart"/>
      <w:r>
        <w:t>veiksmą</w:t>
      </w:r>
      <w:proofErr w:type="spellEnd"/>
      <w:r>
        <w:t>;</w:t>
      </w:r>
    </w:p>
    <w:p w14:paraId="2F8C2830" w14:textId="77777777" w:rsidR="003E66CB" w:rsidRDefault="00C77B29">
      <w:pPr>
        <w:ind w:left="397" w:hanging="227"/>
      </w:pPr>
      <w:r>
        <w:t xml:space="preserve">✗ </w:t>
      </w:r>
      <w:proofErr w:type="spellStart"/>
      <w:r>
        <w:t>tiekėjų</w:t>
      </w:r>
      <w:proofErr w:type="spellEnd"/>
      <w:r>
        <w:t xml:space="preserve">, </w:t>
      </w:r>
      <w:proofErr w:type="spellStart"/>
      <w:r>
        <w:t>rangovų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viešųjų</w:t>
      </w:r>
      <w:proofErr w:type="spellEnd"/>
      <w:r>
        <w:t xml:space="preserve"> </w:t>
      </w:r>
      <w:proofErr w:type="spellStart"/>
      <w:r>
        <w:t>pirkimų</w:t>
      </w:r>
      <w:proofErr w:type="spellEnd"/>
      <w:r>
        <w:t xml:space="preserve"> </w:t>
      </w:r>
      <w:proofErr w:type="spellStart"/>
      <w:r>
        <w:t>dalyvių</w:t>
      </w:r>
      <w:proofErr w:type="spellEnd"/>
      <w:r>
        <w:t xml:space="preserve"> </w:t>
      </w:r>
      <w:proofErr w:type="spellStart"/>
      <w:r>
        <w:t>dovanų</w:t>
      </w:r>
      <w:proofErr w:type="spellEnd"/>
      <w:r>
        <w:t>;</w:t>
      </w:r>
    </w:p>
    <w:p w14:paraId="2EEE76F4" w14:textId="77777777" w:rsidR="003E66CB" w:rsidRDefault="00C77B29">
      <w:pPr>
        <w:ind w:left="397" w:hanging="227"/>
      </w:pPr>
      <w:r>
        <w:t xml:space="preserve">✗ </w:t>
      </w:r>
      <w:proofErr w:type="spellStart"/>
      <w:r>
        <w:t>išskirtinių</w:t>
      </w:r>
      <w:proofErr w:type="spellEnd"/>
      <w:r>
        <w:t xml:space="preserve"> </w:t>
      </w:r>
      <w:proofErr w:type="spellStart"/>
      <w:r>
        <w:t>nuolaidų</w:t>
      </w:r>
      <w:proofErr w:type="spellEnd"/>
      <w:r>
        <w:t xml:space="preserve">, </w:t>
      </w:r>
      <w:proofErr w:type="spellStart"/>
      <w:r>
        <w:t>nemokamų</w:t>
      </w:r>
      <w:proofErr w:type="spellEnd"/>
      <w:r>
        <w:t xml:space="preserve"> </w:t>
      </w:r>
      <w:proofErr w:type="spellStart"/>
      <w:r>
        <w:t>asmeninių</w:t>
      </w:r>
      <w:proofErr w:type="spellEnd"/>
      <w:r>
        <w:t xml:space="preserve"> </w:t>
      </w:r>
      <w:proofErr w:type="spellStart"/>
      <w:r>
        <w:t>paslaugų</w:t>
      </w:r>
      <w:proofErr w:type="spellEnd"/>
      <w:r>
        <w:t xml:space="preserve">, </w:t>
      </w:r>
      <w:proofErr w:type="spellStart"/>
      <w:r>
        <w:t>kelionių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pramogų</w:t>
      </w:r>
      <w:proofErr w:type="spellEnd"/>
      <w:r>
        <w:t>.</w:t>
      </w:r>
    </w:p>
    <w:p w14:paraId="0D564D5A" w14:textId="77777777" w:rsidR="003E66CB" w:rsidRDefault="00C77B29">
      <w:pPr>
        <w:spacing w:before="160"/>
      </w:pPr>
      <w:r>
        <w:rPr>
          <w:b/>
        </w:rPr>
        <w:t>SVARBU ŽINOTI APIE 150 EURŲ RIBĄ</w:t>
      </w:r>
    </w:p>
    <w:p w14:paraId="42E23FF3" w14:textId="77777777" w:rsidR="003E66CB" w:rsidRDefault="00C77B29">
      <w:pPr>
        <w:jc w:val="both"/>
      </w:pPr>
      <w:r>
        <w:rPr>
          <w:b/>
        </w:rPr>
        <w:t xml:space="preserve">150 </w:t>
      </w:r>
      <w:proofErr w:type="spellStart"/>
      <w:r>
        <w:rPr>
          <w:b/>
        </w:rPr>
        <w:t>Eur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nėra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bendra</w:t>
      </w:r>
      <w:proofErr w:type="spellEnd"/>
      <w:r>
        <w:rPr>
          <w:b/>
        </w:rPr>
        <w:t xml:space="preserve"> „</w:t>
      </w:r>
      <w:proofErr w:type="spellStart"/>
      <w:r>
        <w:rPr>
          <w:b/>
        </w:rPr>
        <w:t>leidžiamos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dovanos</w:t>
      </w:r>
      <w:proofErr w:type="spellEnd"/>
      <w:r>
        <w:rPr>
          <w:b/>
        </w:rPr>
        <w:t xml:space="preserve">“ </w:t>
      </w:r>
      <w:proofErr w:type="spellStart"/>
      <w:r>
        <w:rPr>
          <w:b/>
        </w:rPr>
        <w:t>riba</w:t>
      </w:r>
      <w:proofErr w:type="spellEnd"/>
      <w:proofErr w:type="gramEnd"/>
      <w:r>
        <w:rPr>
          <w:b/>
        </w:rPr>
        <w:t>.</w:t>
      </w:r>
    </w:p>
    <w:p w14:paraId="7CBC2756" w14:textId="77777777" w:rsidR="003E66CB" w:rsidRDefault="00C77B29">
      <w:pPr>
        <w:jc w:val="both"/>
      </w:pPr>
      <w:proofErr w:type="spellStart"/>
      <w:r>
        <w:t>Ši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teisės</w:t>
      </w:r>
      <w:proofErr w:type="spellEnd"/>
      <w:r>
        <w:t xml:space="preserve"> </w:t>
      </w:r>
      <w:proofErr w:type="spellStart"/>
      <w:r>
        <w:t>aktuose</w:t>
      </w:r>
      <w:proofErr w:type="spellEnd"/>
      <w:r>
        <w:t xml:space="preserve"> </w:t>
      </w:r>
      <w:proofErr w:type="spellStart"/>
      <w:r>
        <w:t>taikoma</w:t>
      </w:r>
      <w:proofErr w:type="spellEnd"/>
      <w:r>
        <w:t xml:space="preserve"> tik tam </w:t>
      </w:r>
      <w:proofErr w:type="spellStart"/>
      <w:r>
        <w:t>tikroms</w:t>
      </w:r>
      <w:proofErr w:type="spellEnd"/>
      <w:r>
        <w:t xml:space="preserve"> </w:t>
      </w:r>
      <w:proofErr w:type="spellStart"/>
      <w:r>
        <w:t>privačius</w:t>
      </w:r>
      <w:proofErr w:type="spellEnd"/>
      <w:r>
        <w:t xml:space="preserve"> </w:t>
      </w:r>
      <w:proofErr w:type="spellStart"/>
      <w:r>
        <w:t>interesus</w:t>
      </w:r>
      <w:proofErr w:type="spellEnd"/>
      <w:r>
        <w:t xml:space="preserve"> </w:t>
      </w:r>
      <w:proofErr w:type="spellStart"/>
      <w:r>
        <w:t>deklaruojančių</w:t>
      </w:r>
      <w:proofErr w:type="spellEnd"/>
      <w:r>
        <w:t xml:space="preserve"> </w:t>
      </w:r>
      <w:proofErr w:type="spellStart"/>
      <w:r>
        <w:t>asmenų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tarptautinį</w:t>
      </w:r>
      <w:proofErr w:type="spellEnd"/>
      <w:r>
        <w:t xml:space="preserve"> </w:t>
      </w:r>
      <w:proofErr w:type="spellStart"/>
      <w:r>
        <w:t>protokolą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</w:t>
      </w:r>
      <w:proofErr w:type="spellStart"/>
      <w:r>
        <w:t>jų</w:t>
      </w:r>
      <w:proofErr w:type="spellEnd"/>
      <w:r>
        <w:t xml:space="preserve"> </w:t>
      </w:r>
      <w:proofErr w:type="spellStart"/>
      <w:r>
        <w:t>pareigomis</w:t>
      </w:r>
      <w:proofErr w:type="spellEnd"/>
      <w:r>
        <w:t xml:space="preserve"> </w:t>
      </w:r>
      <w:proofErr w:type="spellStart"/>
      <w:r>
        <w:t>susijusias</w:t>
      </w:r>
      <w:proofErr w:type="spellEnd"/>
      <w:r>
        <w:t xml:space="preserve"> </w:t>
      </w:r>
      <w:proofErr w:type="spellStart"/>
      <w:r>
        <w:t>tradicijas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reprezentacijai</w:t>
      </w:r>
      <w:proofErr w:type="spellEnd"/>
      <w:r>
        <w:t xml:space="preserve"> </w:t>
      </w:r>
      <w:proofErr w:type="spellStart"/>
      <w:r>
        <w:t>gaunamoms</w:t>
      </w:r>
      <w:proofErr w:type="spellEnd"/>
      <w:r>
        <w:t xml:space="preserve"> </w:t>
      </w:r>
      <w:proofErr w:type="spellStart"/>
      <w:r>
        <w:t>dovanoms</w:t>
      </w:r>
      <w:proofErr w:type="spellEnd"/>
      <w:r>
        <w:t>.</w:t>
      </w:r>
    </w:p>
    <w:p w14:paraId="593E1B2E" w14:textId="77777777" w:rsidR="003E66CB" w:rsidRDefault="00C77B29">
      <w:pPr>
        <w:jc w:val="both"/>
      </w:pPr>
      <w:proofErr w:type="spellStart"/>
      <w:r>
        <w:rPr>
          <w:b/>
        </w:rPr>
        <w:t>Todėl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teiginys</w:t>
      </w:r>
      <w:proofErr w:type="spellEnd"/>
      <w:r>
        <w:rPr>
          <w:b/>
        </w:rPr>
        <w:t xml:space="preserve"> „</w:t>
      </w:r>
      <w:proofErr w:type="spellStart"/>
      <w:r>
        <w:rPr>
          <w:b/>
        </w:rPr>
        <w:t>dovaną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galima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priimti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jeigu</w:t>
      </w:r>
      <w:proofErr w:type="spellEnd"/>
      <w:r>
        <w:rPr>
          <w:b/>
        </w:rPr>
        <w:t xml:space="preserve"> ji </w:t>
      </w:r>
      <w:proofErr w:type="spellStart"/>
      <w:r>
        <w:rPr>
          <w:b/>
        </w:rPr>
        <w:t>kainuoja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mažiau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kaip</w:t>
      </w:r>
      <w:proofErr w:type="spellEnd"/>
      <w:r>
        <w:rPr>
          <w:b/>
        </w:rPr>
        <w:t xml:space="preserve"> 150 </w:t>
      </w:r>
      <w:proofErr w:type="spellStart"/>
      <w:proofErr w:type="gramStart"/>
      <w:r>
        <w:rPr>
          <w:b/>
        </w:rPr>
        <w:t>Eur</w:t>
      </w:r>
      <w:proofErr w:type="spellEnd"/>
      <w:r>
        <w:rPr>
          <w:b/>
        </w:rPr>
        <w:t xml:space="preserve">“ </w:t>
      </w:r>
      <w:proofErr w:type="spellStart"/>
      <w:r>
        <w:rPr>
          <w:b/>
        </w:rPr>
        <w:t>yra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neteisingas</w:t>
      </w:r>
      <w:proofErr w:type="spellEnd"/>
      <w:r>
        <w:rPr>
          <w:b/>
        </w:rPr>
        <w:t>.</w:t>
      </w:r>
    </w:p>
    <w:p w14:paraId="3EA5A72D" w14:textId="77777777" w:rsidR="003E66CB" w:rsidRDefault="00C77B29">
      <w:pPr>
        <w:spacing w:before="160"/>
      </w:pPr>
      <w:r>
        <w:rPr>
          <w:b/>
        </w:rPr>
        <w:t>JEIGU NORITE PAREMTI GIMNAZIJĄ</w:t>
      </w:r>
    </w:p>
    <w:p w14:paraId="740B3FAA" w14:textId="77777777" w:rsidR="003E66CB" w:rsidRDefault="00C77B29">
      <w:pPr>
        <w:jc w:val="both"/>
      </w:pPr>
      <w:r>
        <w:t xml:space="preserve">Parama </w:t>
      </w:r>
      <w:proofErr w:type="spellStart"/>
      <w:r>
        <w:t>teikiama</w:t>
      </w:r>
      <w:proofErr w:type="spellEnd"/>
      <w:r>
        <w:t xml:space="preserve"> </w:t>
      </w:r>
      <w:proofErr w:type="spellStart"/>
      <w:r>
        <w:t>Gimnazijai</w:t>
      </w:r>
      <w:proofErr w:type="spellEnd"/>
      <w:r>
        <w:t xml:space="preserve">, </w:t>
      </w:r>
      <w:proofErr w:type="spellStart"/>
      <w:r>
        <w:t>o ne</w:t>
      </w:r>
      <w:proofErr w:type="spellEnd"/>
      <w:r>
        <w:t xml:space="preserve"> </w:t>
      </w:r>
      <w:proofErr w:type="spellStart"/>
      <w:r>
        <w:t>konkrečiam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 </w:t>
      </w:r>
      <w:proofErr w:type="spellStart"/>
      <w:r>
        <w:t>darbuotojui</w:t>
      </w:r>
      <w:proofErr w:type="spellEnd"/>
      <w:r>
        <w:t xml:space="preserve">,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labdaros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paramos </w:t>
      </w:r>
      <w:proofErr w:type="spellStart"/>
      <w:r>
        <w:t>įstatymo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kitų</w:t>
      </w:r>
      <w:proofErr w:type="spellEnd"/>
      <w:r>
        <w:t xml:space="preserve"> </w:t>
      </w:r>
      <w:proofErr w:type="spellStart"/>
      <w:r>
        <w:t>teisės</w:t>
      </w:r>
      <w:proofErr w:type="spellEnd"/>
      <w:r>
        <w:t xml:space="preserve"> </w:t>
      </w:r>
      <w:proofErr w:type="spellStart"/>
      <w:r>
        <w:t>aktų</w:t>
      </w:r>
      <w:proofErr w:type="spellEnd"/>
      <w:r>
        <w:t xml:space="preserve"> </w:t>
      </w:r>
      <w:proofErr w:type="spellStart"/>
      <w:r>
        <w:t>nustatyta</w:t>
      </w:r>
      <w:proofErr w:type="spellEnd"/>
      <w:r>
        <w:t xml:space="preserve"> </w:t>
      </w:r>
      <w:proofErr w:type="spellStart"/>
      <w:r>
        <w:t>tvarka</w:t>
      </w:r>
      <w:proofErr w:type="spellEnd"/>
      <w:r>
        <w:t>.</w:t>
      </w:r>
    </w:p>
    <w:p w14:paraId="6E96402F" w14:textId="77777777" w:rsidR="003E66CB" w:rsidRDefault="00C77B29">
      <w:pPr>
        <w:jc w:val="both"/>
      </w:pPr>
      <w:proofErr w:type="spellStart"/>
      <w:r>
        <w:t>Dovana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parama</w:t>
      </w:r>
      <w:proofErr w:type="spellEnd"/>
      <w:r>
        <w:t xml:space="preserve"> </w:t>
      </w:r>
      <w:proofErr w:type="spellStart"/>
      <w:r>
        <w:t>Gimnazijai</w:t>
      </w:r>
      <w:proofErr w:type="spellEnd"/>
      <w:r>
        <w:t xml:space="preserve"> </w:t>
      </w:r>
      <w:proofErr w:type="spellStart"/>
      <w:r>
        <w:t>negali</w:t>
      </w:r>
      <w:proofErr w:type="spellEnd"/>
      <w:r>
        <w:t xml:space="preserve"> </w:t>
      </w:r>
      <w:proofErr w:type="spellStart"/>
      <w:r>
        <w:t>būti</w:t>
      </w:r>
      <w:proofErr w:type="spellEnd"/>
      <w:r>
        <w:t xml:space="preserve"> </w:t>
      </w:r>
      <w:proofErr w:type="spellStart"/>
      <w:r>
        <w:t>siejama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prašymu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lūkesčiu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palankaus</w:t>
      </w:r>
      <w:proofErr w:type="spellEnd"/>
      <w:r>
        <w:t xml:space="preserve"> </w:t>
      </w:r>
      <w:proofErr w:type="spellStart"/>
      <w:r>
        <w:t>sprendimo</w:t>
      </w:r>
      <w:proofErr w:type="spellEnd"/>
      <w:r>
        <w:t xml:space="preserve"> </w:t>
      </w:r>
      <w:proofErr w:type="spellStart"/>
      <w:r>
        <w:t>mokiniui</w:t>
      </w:r>
      <w:proofErr w:type="spellEnd"/>
      <w:r>
        <w:t xml:space="preserve">, jo </w:t>
      </w:r>
      <w:proofErr w:type="spellStart"/>
      <w:r>
        <w:t>šeimai</w:t>
      </w:r>
      <w:proofErr w:type="spellEnd"/>
      <w:r>
        <w:t xml:space="preserve">, </w:t>
      </w:r>
      <w:proofErr w:type="spellStart"/>
      <w:r>
        <w:t>tiekėjui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kitam</w:t>
      </w:r>
      <w:proofErr w:type="spellEnd"/>
      <w:r>
        <w:t xml:space="preserve"> </w:t>
      </w:r>
      <w:proofErr w:type="spellStart"/>
      <w:r>
        <w:t>asmeniui</w:t>
      </w:r>
      <w:proofErr w:type="spellEnd"/>
      <w:r>
        <w:t>.</w:t>
      </w:r>
    </w:p>
    <w:p w14:paraId="15294CC7" w14:textId="77777777" w:rsidR="003E66CB" w:rsidRDefault="00C77B29">
      <w:pPr>
        <w:spacing w:before="200"/>
        <w:jc w:val="center"/>
      </w:pPr>
      <w:proofErr w:type="spellStart"/>
      <w:r>
        <w:rPr>
          <w:b/>
        </w:rPr>
        <w:t>Ačiū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kad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kartu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kuriame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skaidrią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pagarbią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pasitikėjimu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grįstą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Plungės</w:t>
      </w:r>
      <w:proofErr w:type="spellEnd"/>
      <w:r>
        <w:rPr>
          <w:b/>
        </w:rPr>
        <w:t xml:space="preserve"> „</w:t>
      </w:r>
      <w:proofErr w:type="spellStart"/>
      <w:proofErr w:type="gramStart"/>
      <w:r>
        <w:rPr>
          <w:b/>
        </w:rPr>
        <w:t>Saulės</w:t>
      </w:r>
      <w:proofErr w:type="spellEnd"/>
      <w:r>
        <w:rPr>
          <w:b/>
        </w:rPr>
        <w:t xml:space="preserve">“ </w:t>
      </w:r>
      <w:proofErr w:type="spellStart"/>
      <w:r>
        <w:rPr>
          <w:b/>
        </w:rPr>
        <w:t>gimnazijos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bendruomenę</w:t>
      </w:r>
      <w:proofErr w:type="spellEnd"/>
      <w:r>
        <w:rPr>
          <w:b/>
        </w:rPr>
        <w:t>.</w:t>
      </w:r>
    </w:p>
    <w:sectPr w:rsidR="003E66CB" w:rsidSect="00034616">
      <w:footerReference w:type="default" r:id="rId10"/>
      <w:pgSz w:w="11906" w:h="16838"/>
      <w:pgMar w:top="680" w:right="850" w:bottom="680" w:left="1417" w:header="454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F16D4" w14:textId="77777777" w:rsidR="00657270" w:rsidRDefault="00657270">
      <w:r>
        <w:separator/>
      </w:r>
    </w:p>
  </w:endnote>
  <w:endnote w:type="continuationSeparator" w:id="0">
    <w:p w14:paraId="17F36A52" w14:textId="77777777" w:rsidR="00657270" w:rsidRDefault="00657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DAA66" w14:textId="77777777" w:rsidR="003E66CB" w:rsidRDefault="00C77B29">
    <w:pPr>
      <w:pStyle w:val="Porat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FE1320">
      <w:rPr>
        <w:noProof/>
        <w:sz w:val="20"/>
      </w:rPr>
      <w:t>8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83962" w14:textId="77777777" w:rsidR="003E66CB" w:rsidRDefault="00C77B29">
    <w:pPr>
      <w:pStyle w:val="Porat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FE1320">
      <w:rPr>
        <w:noProof/>
        <w:sz w:val="20"/>
      </w:rPr>
      <w:t>9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5267B" w14:textId="77777777" w:rsidR="003E66CB" w:rsidRDefault="00C77B29">
    <w:pPr>
      <w:pStyle w:val="Porat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FE1320">
      <w:rPr>
        <w:noProof/>
        <w:sz w:val="20"/>
      </w:rPr>
      <w:t>10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5A9F7" w14:textId="77777777" w:rsidR="00657270" w:rsidRDefault="00657270">
      <w:r>
        <w:separator/>
      </w:r>
    </w:p>
  </w:footnote>
  <w:footnote w:type="continuationSeparator" w:id="0">
    <w:p w14:paraId="6C61569C" w14:textId="77777777" w:rsidR="00657270" w:rsidRDefault="00657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5864834">
    <w:abstractNumId w:val="8"/>
  </w:num>
  <w:num w:numId="2" w16cid:durableId="1903981472">
    <w:abstractNumId w:val="6"/>
  </w:num>
  <w:num w:numId="3" w16cid:durableId="766583154">
    <w:abstractNumId w:val="5"/>
  </w:num>
  <w:num w:numId="4" w16cid:durableId="36207109">
    <w:abstractNumId w:val="4"/>
  </w:num>
  <w:num w:numId="5" w16cid:durableId="801729669">
    <w:abstractNumId w:val="7"/>
  </w:num>
  <w:num w:numId="6" w16cid:durableId="72169095">
    <w:abstractNumId w:val="3"/>
  </w:num>
  <w:num w:numId="7" w16cid:durableId="1775007141">
    <w:abstractNumId w:val="2"/>
  </w:num>
  <w:num w:numId="8" w16cid:durableId="198592388">
    <w:abstractNumId w:val="1"/>
  </w:num>
  <w:num w:numId="9" w16cid:durableId="726955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3609"/>
    <w:rsid w:val="0029639D"/>
    <w:rsid w:val="00326F90"/>
    <w:rsid w:val="00394640"/>
    <w:rsid w:val="003E66CB"/>
    <w:rsid w:val="00657270"/>
    <w:rsid w:val="00AA1D8D"/>
    <w:rsid w:val="00B47730"/>
    <w:rsid w:val="00B81E0F"/>
    <w:rsid w:val="00C77B29"/>
    <w:rsid w:val="00CB0664"/>
    <w:rsid w:val="00D97BA4"/>
    <w:rsid w:val="00E52DED"/>
    <w:rsid w:val="00FC693F"/>
    <w:rsid w:val="00FE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DCFC5E"/>
  <w14:defaultImageDpi w14:val="300"/>
  <w15:docId w15:val="{46B7E0F2-40BC-4252-95FA-D55C8138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Legal">
    <w:name w:val="BodyLegal"/>
    <w:pPr>
      <w:spacing w:after="0" w:line="240" w:lineRule="auto"/>
      <w:ind w:firstLine="709"/>
      <w:jc w:val="both"/>
    </w:pPr>
    <w:rPr>
      <w:rFonts w:ascii="Times New Roman" w:eastAsia="Times New Roman" w:hAnsi="Times New Roman"/>
    </w:rPr>
  </w:style>
  <w:style w:type="paragraph" w:customStyle="1" w:styleId="SectionLegal">
    <w:name w:val="SectionLegal"/>
    <w:pPr>
      <w:spacing w:before="160" w:after="80"/>
      <w:jc w:val="center"/>
    </w:pPr>
    <w:rPr>
      <w:rFonts w:ascii="Times New Roman" w:eastAsia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BD1FE1-7B48-4924-B824-62B704F4C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20843</Words>
  <Characters>11882</Characters>
  <Application>Microsoft Office Word</Application>
  <DocSecurity>0</DocSecurity>
  <Lines>99</Lines>
  <Paragraphs>65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Plungės „Saulės“ gimnazijos dovanų priėmimo, vertinimo, registravimo ir apskaitos tvarkos aprašas</vt:lpstr>
      <vt:lpstr/>
    </vt:vector>
  </TitlesOfParts>
  <Manager/>
  <Company/>
  <LinksUpToDate>false</LinksUpToDate>
  <CharactersWithSpaces>32660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Plungės „Saulės“ gimnazijos dovanų priėmimo, vertinimo, registravimo ir apskaitos tvarkos aprašas</dc:title>
  <dc:subject>Galutinė pasirašymui skirta redakcija</dc:subject>
  <dc:creator>python-docx</dc:creator>
  <cp:keywords/>
  <dc:description>generated by python-docx</dc:description>
  <cp:lastModifiedBy>Dalia Siminavičienė</cp:lastModifiedBy>
  <cp:revision>4</cp:revision>
  <dcterms:created xsi:type="dcterms:W3CDTF">2026-09-08T13:46:00Z</dcterms:created>
  <dcterms:modified xsi:type="dcterms:W3CDTF">2026-09-09T06:31:00Z</dcterms:modified>
  <cp:category/>
</cp:coreProperties>
</file>